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BB1FE" w14:textId="7F6318A5" w:rsidR="00346062" w:rsidRDefault="00346062" w:rsidP="006418A7">
      <w:pPr>
        <w:jc w:val="center"/>
        <w:rPr>
          <w:rFonts w:ascii="Times New Roman" w:eastAsia="標楷體" w:hAnsi="Times New Roman" w:cs="Times New Roman"/>
          <w:b/>
          <w:bCs/>
          <w:sz w:val="14"/>
          <w:szCs w:val="14"/>
          <w:lang w:eastAsia="zh-TW"/>
        </w:rPr>
      </w:pPr>
      <w:r>
        <w:rPr>
          <w:rFonts w:ascii="標楷體" w:eastAsia="標楷體" w:hAnsi="標楷體" w:hint="eastAsia"/>
          <w:b/>
          <w:bCs/>
          <w:sz w:val="44"/>
          <w:szCs w:val="32"/>
          <w:lang w:eastAsia="zh-TW"/>
        </w:rPr>
        <w:t xml:space="preserve"> </w:t>
      </w:r>
      <w:r w:rsidR="00F24FF1" w:rsidRPr="00346062">
        <w:rPr>
          <w:rFonts w:ascii="Times New Roman" w:eastAsia="標楷體" w:hAnsi="Times New Roman" w:cs="Times New Roman"/>
          <w:b/>
          <w:bCs/>
          <w:sz w:val="40"/>
          <w:szCs w:val="28"/>
          <w:lang w:eastAsia="zh-TW"/>
        </w:rPr>
        <w:t>聖光神學院學生操行自我評估表</w:t>
      </w:r>
      <w:r w:rsidRPr="00346062">
        <w:rPr>
          <w:rFonts w:ascii="Times New Roman" w:eastAsia="標楷體" w:hAnsi="Times New Roman" w:cs="Times New Roman"/>
          <w:b/>
          <w:bCs/>
          <w:sz w:val="44"/>
          <w:szCs w:val="32"/>
          <w:lang w:eastAsia="zh-TW"/>
        </w:rPr>
        <w:t xml:space="preserve">　</w:t>
      </w:r>
    </w:p>
    <w:p w14:paraId="27A39EB5" w14:textId="77777777" w:rsidR="006418A7" w:rsidRPr="006418A7" w:rsidRDefault="006418A7" w:rsidP="006418A7">
      <w:pPr>
        <w:jc w:val="center"/>
        <w:rPr>
          <w:rFonts w:ascii="Times New Roman" w:eastAsia="標楷體" w:hAnsi="Times New Roman" w:cs="Times New Roman"/>
          <w:b/>
          <w:bCs/>
          <w:sz w:val="14"/>
          <w:szCs w:val="14"/>
          <w:lang w:eastAsia="zh-TW"/>
        </w:rPr>
      </w:pPr>
    </w:p>
    <w:p w14:paraId="5FFCC2C6" w14:textId="161795F6" w:rsidR="00F24FF1" w:rsidRPr="00F24FF1" w:rsidRDefault="00964EE0" w:rsidP="00346062">
      <w:pPr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 xml:space="preserve">  </w:t>
      </w:r>
      <w:r w:rsidR="00346062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填寫</w:t>
      </w:r>
      <w:r w:rsidR="007C10AF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學年</w:t>
      </w:r>
      <w:r w:rsidR="006C5485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：</w:t>
      </w:r>
      <w:r w:rsidR="007C10AF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_______</w:t>
      </w:r>
      <w:r w:rsidR="007C10AF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學</w:t>
      </w:r>
      <w:r w:rsidR="00346062">
        <w:rPr>
          <w:rFonts w:ascii="Times New Roman" w:eastAsia="標楷體" w:hAnsi="Times New Roman" w:cs="Times New Roman" w:hint="eastAsia"/>
          <w:sz w:val="24"/>
          <w:szCs w:val="24"/>
          <w:lang w:eastAsia="zh-TW"/>
        </w:rPr>
        <w:t>年</w:t>
      </w:r>
      <w:r w:rsidR="007C10AF">
        <w:rPr>
          <w:rFonts w:ascii="標楷體" w:eastAsia="標楷體" w:hAnsi="標楷體" w:hint="eastAsia"/>
          <w:sz w:val="24"/>
          <w:szCs w:val="24"/>
          <w:lang w:eastAsia="zh-TW"/>
        </w:rPr>
        <w:t xml:space="preserve">_______ 學期 </w:t>
      </w:r>
      <w:r w:rsidR="00F24FF1" w:rsidRPr="00F24FF1">
        <w:rPr>
          <w:rFonts w:ascii="標楷體" w:eastAsia="標楷體" w:hAnsi="標楷體" w:hint="eastAsia"/>
          <w:sz w:val="24"/>
          <w:szCs w:val="24"/>
          <w:lang w:eastAsia="zh-TW"/>
        </w:rPr>
        <w:t xml:space="preserve">   </w:t>
      </w:r>
      <w:r w:rsidR="00F24FF1" w:rsidRPr="00F24FF1">
        <w:rPr>
          <w:rFonts w:ascii="標楷體" w:eastAsia="標楷體" w:hAnsi="標楷體"/>
          <w:sz w:val="24"/>
          <w:szCs w:val="24"/>
          <w:lang w:eastAsia="zh-TW"/>
        </w:rPr>
        <w:t>輔導老師</w:t>
      </w:r>
      <w:r w:rsidR="006C5485">
        <w:rPr>
          <w:rFonts w:ascii="標楷體" w:eastAsia="標楷體" w:hAnsi="標楷體" w:hint="eastAsia"/>
          <w:sz w:val="24"/>
          <w:szCs w:val="24"/>
          <w:lang w:eastAsia="zh-TW"/>
        </w:rPr>
        <w:t>：</w:t>
      </w:r>
      <w:r w:rsidR="00F24FF1" w:rsidRPr="00F24FF1">
        <w:rPr>
          <w:rFonts w:ascii="標楷體" w:eastAsia="標楷體" w:hAnsi="標楷體"/>
          <w:sz w:val="24"/>
          <w:szCs w:val="24"/>
          <w:lang w:eastAsia="zh-TW"/>
        </w:rPr>
        <w:t>________________</w:t>
      </w:r>
    </w:p>
    <w:p w14:paraId="7EC922AF" w14:textId="7DC65F0B" w:rsidR="00F24FF1" w:rsidRPr="00F24FF1" w:rsidRDefault="00964EE0" w:rsidP="00346062">
      <w:pPr>
        <w:rPr>
          <w:rFonts w:ascii="標楷體" w:eastAsia="標楷體" w:hAnsi="標楷體"/>
          <w:sz w:val="24"/>
          <w:szCs w:val="24"/>
          <w:lang w:eastAsia="zh-TW"/>
        </w:rPr>
      </w:pPr>
      <w:r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F24FF1" w:rsidRPr="00F24FF1">
        <w:rPr>
          <w:rFonts w:ascii="標楷體" w:eastAsia="標楷體" w:hAnsi="標楷體"/>
          <w:sz w:val="24"/>
          <w:szCs w:val="24"/>
          <w:lang w:eastAsia="zh-TW"/>
        </w:rPr>
        <w:t>科系/年級</w:t>
      </w:r>
      <w:r w:rsidR="006C5485">
        <w:rPr>
          <w:rFonts w:ascii="標楷體" w:eastAsia="標楷體" w:hAnsi="標楷體" w:hint="eastAsia"/>
          <w:sz w:val="24"/>
          <w:szCs w:val="24"/>
          <w:lang w:eastAsia="zh-TW"/>
        </w:rPr>
        <w:t>：</w:t>
      </w:r>
      <w:r w:rsidR="00F24FF1" w:rsidRPr="00F24FF1">
        <w:rPr>
          <w:rFonts w:ascii="標楷體" w:eastAsia="標楷體" w:hAnsi="標楷體"/>
          <w:sz w:val="24"/>
          <w:szCs w:val="24"/>
          <w:lang w:eastAsia="zh-TW"/>
        </w:rPr>
        <w:t xml:space="preserve">______________　</w:t>
      </w:r>
      <w:r w:rsidR="00F24FF1" w:rsidRPr="00F24FF1">
        <w:rPr>
          <w:rFonts w:ascii="標楷體" w:eastAsia="標楷體" w:hAnsi="標楷體" w:hint="eastAsia"/>
          <w:sz w:val="24"/>
          <w:szCs w:val="24"/>
          <w:lang w:eastAsia="zh-TW"/>
        </w:rPr>
        <w:t xml:space="preserve"> </w:t>
      </w:r>
      <w:r w:rsidR="00F24FF1" w:rsidRPr="00F24FF1">
        <w:rPr>
          <w:rFonts w:ascii="標楷體" w:eastAsia="標楷體" w:hAnsi="標楷體"/>
          <w:sz w:val="24"/>
          <w:szCs w:val="24"/>
          <w:lang w:eastAsia="zh-TW"/>
        </w:rPr>
        <w:t>姓名</w:t>
      </w:r>
      <w:r w:rsidR="006C5485">
        <w:rPr>
          <w:rFonts w:ascii="標楷體" w:eastAsia="標楷體" w:hAnsi="標楷體" w:hint="eastAsia"/>
          <w:sz w:val="24"/>
          <w:szCs w:val="24"/>
          <w:lang w:eastAsia="zh-TW"/>
        </w:rPr>
        <w:t>：</w:t>
      </w:r>
      <w:r w:rsidR="00F24FF1" w:rsidRPr="00F24FF1">
        <w:rPr>
          <w:rFonts w:ascii="標楷體" w:eastAsia="標楷體" w:hAnsi="標楷體"/>
          <w:sz w:val="24"/>
          <w:szCs w:val="24"/>
          <w:lang w:eastAsia="zh-TW"/>
        </w:rPr>
        <w:t xml:space="preserve">________________　</w:t>
      </w:r>
      <w:r w:rsidR="00F24FF1" w:rsidRPr="00F24FF1">
        <w:rPr>
          <w:rFonts w:ascii="標楷體" w:eastAsia="標楷體" w:hAnsi="標楷體" w:cs="Segoe UI Symbol" w:hint="eastAsia"/>
          <w:sz w:val="24"/>
          <w:szCs w:val="24"/>
          <w:lang w:eastAsia="zh-TW"/>
        </w:rPr>
        <w:t>□</w:t>
      </w:r>
      <w:r>
        <w:rPr>
          <w:rFonts w:ascii="標楷體" w:eastAsia="標楷體" w:hAnsi="標楷體" w:cs="Segoe UI Symbol" w:hint="eastAsia"/>
          <w:sz w:val="24"/>
          <w:szCs w:val="24"/>
          <w:lang w:eastAsia="zh-TW"/>
        </w:rPr>
        <w:t xml:space="preserve"> </w:t>
      </w:r>
      <w:r w:rsidR="00F24FF1" w:rsidRPr="00F24FF1">
        <w:rPr>
          <w:rFonts w:ascii="標楷體" w:eastAsia="標楷體" w:hAnsi="標楷體"/>
          <w:sz w:val="24"/>
          <w:szCs w:val="24"/>
          <w:lang w:eastAsia="zh-TW"/>
        </w:rPr>
        <w:t>全修生</w:t>
      </w:r>
      <w:r w:rsidR="00F24FF1" w:rsidRPr="00F24FF1">
        <w:rPr>
          <w:rFonts w:ascii="標楷體" w:eastAsia="標楷體" w:hAnsi="標楷體" w:cs="Segoe UI Symbol" w:hint="eastAsia"/>
          <w:sz w:val="24"/>
          <w:szCs w:val="24"/>
          <w:lang w:eastAsia="zh-TW"/>
        </w:rPr>
        <w:t>□</w:t>
      </w:r>
      <w:r>
        <w:rPr>
          <w:rFonts w:ascii="標楷體" w:eastAsia="標楷體" w:hAnsi="標楷體" w:cs="Segoe UI Symbol" w:hint="eastAsia"/>
          <w:sz w:val="24"/>
          <w:szCs w:val="24"/>
          <w:lang w:eastAsia="zh-TW"/>
        </w:rPr>
        <w:t xml:space="preserve"> </w:t>
      </w:r>
      <w:r w:rsidR="00F24FF1" w:rsidRPr="00F24FF1">
        <w:rPr>
          <w:rFonts w:ascii="標楷體" w:eastAsia="標楷體" w:hAnsi="標楷體"/>
          <w:sz w:val="24"/>
          <w:szCs w:val="24"/>
          <w:lang w:eastAsia="zh-TW"/>
        </w:rPr>
        <w:t>選修生</w:t>
      </w:r>
    </w:p>
    <w:p w14:paraId="7FF8A9C6" w14:textId="55B28847" w:rsidR="001D771C" w:rsidRPr="00DD66A3" w:rsidRDefault="001D771C" w:rsidP="001D771C">
      <w:pPr>
        <w:spacing w:after="0"/>
        <w:rPr>
          <w:rFonts w:ascii="標楷體" w:eastAsia="標楷體" w:hAnsi="標楷體"/>
          <w:b/>
          <w:bCs/>
          <w:szCs w:val="16"/>
          <w:u w:val="dotDash"/>
          <w:lang w:eastAsia="zh-TW"/>
        </w:rPr>
      </w:pPr>
      <w:proofErr w:type="gramStart"/>
      <w:r>
        <w:rPr>
          <w:rFonts w:ascii="標楷體" w:eastAsia="標楷體" w:hAnsi="標楷體" w:hint="eastAsia"/>
          <w:b/>
          <w:bCs/>
          <w:szCs w:val="16"/>
          <w:u w:val="dotDash"/>
          <w:lang w:eastAsia="zh-TW"/>
        </w:rPr>
        <w:t>＿＿＿＿＿＿＿＿＿</w:t>
      </w:r>
      <w:r w:rsidR="008A6971">
        <w:rPr>
          <w:rFonts w:ascii="標楷體" w:eastAsia="標楷體" w:hAnsi="標楷體" w:hint="eastAsia"/>
          <w:b/>
          <w:bCs/>
          <w:szCs w:val="16"/>
          <w:u w:val="dotDash"/>
          <w:lang w:eastAsia="zh-TW"/>
        </w:rPr>
        <w:t>＿＿＿＿</w:t>
      </w:r>
      <w:r>
        <w:rPr>
          <w:rFonts w:ascii="標楷體" w:eastAsia="標楷體" w:hAnsi="標楷體" w:hint="eastAsia"/>
          <w:b/>
          <w:bCs/>
          <w:szCs w:val="16"/>
          <w:u w:val="dotDash"/>
          <w:lang w:eastAsia="zh-TW"/>
        </w:rPr>
        <w:t>＿＿＿＿＿＿＿</w:t>
      </w:r>
      <w:proofErr w:type="gramEnd"/>
      <w:r>
        <w:rPr>
          <w:rFonts w:ascii="標楷體" w:eastAsia="標楷體" w:hAnsi="標楷體" w:hint="eastAsia"/>
          <w:b/>
          <w:bCs/>
          <w:szCs w:val="16"/>
          <w:u w:val="dotDash"/>
          <w:lang w:eastAsia="zh-TW"/>
        </w:rPr>
        <w:t>＿＿＿＿＿＿＿＿＿＿＿＿＿＿＿＿＿＿＿＿＿＿＿＿＿</w:t>
      </w:r>
    </w:p>
    <w:p w14:paraId="1A7811CD" w14:textId="77777777" w:rsidR="00DD66A3" w:rsidRPr="001D771C" w:rsidRDefault="00DD66A3" w:rsidP="00964EE0">
      <w:pPr>
        <w:spacing w:after="0"/>
        <w:rPr>
          <w:rFonts w:ascii="標楷體" w:eastAsia="標楷體" w:hAnsi="標楷體"/>
          <w:b/>
          <w:bCs/>
          <w:szCs w:val="16"/>
          <w:lang w:eastAsia="zh-TW"/>
        </w:rPr>
      </w:pPr>
    </w:p>
    <w:p w14:paraId="5C6493D9" w14:textId="46A679C2" w:rsidR="000A61FF" w:rsidRDefault="00DD66A3" w:rsidP="00964EE0">
      <w:pPr>
        <w:spacing w:after="0"/>
        <w:rPr>
          <w:rFonts w:ascii="標楷體" w:eastAsia="標楷體" w:hAnsi="標楷體"/>
          <w:b/>
          <w:bCs/>
          <w:sz w:val="24"/>
          <w:szCs w:val="24"/>
          <w:lang w:eastAsia="zh-TW"/>
        </w:rPr>
      </w:pPr>
      <w:r>
        <w:rPr>
          <w:rFonts w:ascii="標楷體" w:eastAsia="標楷體" w:hAnsi="標楷體" w:hint="eastAsia"/>
          <w:b/>
          <w:bCs/>
          <w:szCs w:val="16"/>
          <w:lang w:eastAsia="zh-TW"/>
        </w:rPr>
        <w:t xml:space="preserve"> </w:t>
      </w:r>
      <w:r w:rsidR="000A65DD" w:rsidRPr="000A61FF">
        <w:rPr>
          <w:rFonts w:ascii="標楷體" w:eastAsia="標楷體" w:hAnsi="標楷體"/>
          <w:b/>
          <w:bCs/>
          <w:sz w:val="24"/>
          <w:szCs w:val="24"/>
          <w:lang w:eastAsia="zh-TW"/>
        </w:rPr>
        <w:t>請</w:t>
      </w:r>
      <w:r w:rsidR="00DC0BFB" w:rsidRPr="000A61FF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從</w:t>
      </w:r>
      <w:r w:rsidR="000A65DD" w:rsidRPr="000A61FF">
        <w:rPr>
          <w:rFonts w:ascii="標楷體" w:eastAsia="標楷體" w:hAnsi="標楷體"/>
          <w:b/>
          <w:bCs/>
          <w:sz w:val="24"/>
          <w:szCs w:val="24"/>
          <w:lang w:eastAsia="zh-TW"/>
        </w:rPr>
        <w:t>下列各面向，</w:t>
      </w:r>
      <w:r w:rsidR="00397825" w:rsidRPr="000A61FF">
        <w:rPr>
          <w:rFonts w:ascii="標楷體" w:eastAsia="標楷體" w:hAnsi="標楷體"/>
          <w:b/>
          <w:bCs/>
          <w:sz w:val="24"/>
          <w:szCs w:val="24"/>
          <w:lang w:eastAsia="zh-TW"/>
        </w:rPr>
        <w:t>簡要</w:t>
      </w:r>
      <w:r w:rsidR="00DC0BFB" w:rsidRPr="000A61FF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回顧並</w:t>
      </w:r>
      <w:r w:rsidR="00397825" w:rsidRPr="000A61FF">
        <w:rPr>
          <w:rFonts w:ascii="標楷體" w:eastAsia="標楷體" w:hAnsi="標楷體"/>
          <w:b/>
          <w:bCs/>
          <w:sz w:val="24"/>
          <w:szCs w:val="24"/>
          <w:lang w:eastAsia="zh-TW"/>
        </w:rPr>
        <w:t>說明</w:t>
      </w:r>
      <w:r w:rsidR="000A65DD" w:rsidRPr="000A61FF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自己</w:t>
      </w:r>
      <w:r w:rsidR="000A65DD" w:rsidRPr="000A61FF">
        <w:rPr>
          <w:rFonts w:ascii="標楷體" w:eastAsia="標楷體" w:hAnsi="標楷體"/>
          <w:b/>
          <w:bCs/>
          <w:sz w:val="24"/>
          <w:szCs w:val="24"/>
          <w:lang w:eastAsia="zh-TW"/>
        </w:rPr>
        <w:t>在本學期的</w:t>
      </w:r>
      <w:r w:rsidR="00DC0BFB" w:rsidRPr="000A61FF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整體</w:t>
      </w:r>
      <w:r w:rsidR="000A65DD" w:rsidRPr="000A61FF">
        <w:rPr>
          <w:rFonts w:ascii="標楷體" w:eastAsia="標楷體" w:hAnsi="標楷體"/>
          <w:b/>
          <w:bCs/>
          <w:sz w:val="24"/>
          <w:szCs w:val="24"/>
          <w:lang w:eastAsia="zh-TW"/>
        </w:rPr>
        <w:t>表現，包含自</w:t>
      </w:r>
      <w:r w:rsidR="00567315" w:rsidRPr="000A61FF">
        <w:rPr>
          <w:rFonts w:ascii="標楷體" w:eastAsia="標楷體" w:hAnsi="標楷體" w:cs="MS Mincho" w:hint="eastAsia"/>
          <w:b/>
          <w:bCs/>
          <w:sz w:val="24"/>
          <w:szCs w:val="24"/>
          <w:lang w:eastAsia="zh-TW"/>
        </w:rPr>
        <w:t>評</w:t>
      </w:r>
      <w:r w:rsidR="000A65DD" w:rsidRPr="000A61FF">
        <w:rPr>
          <w:rFonts w:ascii="標楷體" w:eastAsia="標楷體" w:hAnsi="標楷體"/>
          <w:b/>
          <w:bCs/>
          <w:sz w:val="24"/>
          <w:szCs w:val="24"/>
          <w:lang w:eastAsia="zh-TW"/>
        </w:rPr>
        <w:t>表現良好的部分與仍</w:t>
      </w:r>
    </w:p>
    <w:p w14:paraId="0C3C16B7" w14:textId="1988D8C8" w:rsidR="001E7F81" w:rsidRPr="000A61FF" w:rsidRDefault="000A61FF" w:rsidP="00964EE0">
      <w:pPr>
        <w:spacing w:after="0"/>
        <w:rPr>
          <w:rFonts w:ascii="標楷體" w:eastAsia="標楷體" w:hAnsi="標楷體"/>
          <w:b/>
          <w:bCs/>
          <w:sz w:val="24"/>
          <w:szCs w:val="24"/>
          <w:lang w:eastAsia="zh-TW"/>
        </w:rPr>
      </w:pPr>
      <w:r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 xml:space="preserve"> </w:t>
      </w:r>
      <w:r w:rsidR="00DC0BFB" w:rsidRPr="000A61FF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需努力與成長</w:t>
      </w:r>
      <w:r w:rsidR="000A65DD" w:rsidRPr="000A61FF">
        <w:rPr>
          <w:rFonts w:ascii="標楷體" w:eastAsia="標楷體" w:hAnsi="標楷體"/>
          <w:b/>
          <w:bCs/>
          <w:sz w:val="24"/>
          <w:szCs w:val="24"/>
          <w:lang w:eastAsia="zh-TW"/>
        </w:rPr>
        <w:t>之處。</w:t>
      </w:r>
    </w:p>
    <w:p w14:paraId="02B5BABB" w14:textId="77777777" w:rsidR="00964EE0" w:rsidRPr="00DC0BFB" w:rsidRDefault="00964EE0" w:rsidP="00964EE0">
      <w:pPr>
        <w:spacing w:after="0"/>
        <w:rPr>
          <w:rFonts w:ascii="標楷體" w:eastAsia="標楷體" w:hAnsi="標楷體"/>
          <w:b/>
          <w:bCs/>
          <w:sz w:val="26"/>
          <w:szCs w:val="26"/>
          <w:lang w:eastAsia="zh-TW"/>
        </w:rPr>
      </w:pPr>
    </w:p>
    <w:p w14:paraId="597B6B8C" w14:textId="1EFB6731" w:rsidR="000A65DD" w:rsidRPr="00DC0BFB" w:rsidRDefault="00DC0BFB" w:rsidP="00DC0BFB">
      <w:pPr>
        <w:rPr>
          <w:rFonts w:ascii="標楷體" w:eastAsia="標楷體" w:hAnsi="標楷體"/>
          <w:b/>
          <w:bCs/>
          <w:sz w:val="24"/>
          <w:szCs w:val="24"/>
          <w:lang w:eastAsia="zh-TW"/>
        </w:rPr>
      </w:pPr>
      <w:r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 xml:space="preserve"> 一、</w:t>
      </w:r>
      <w:r w:rsidR="000A65DD" w:rsidRPr="00DC0BFB">
        <w:rPr>
          <w:rFonts w:ascii="標楷體" w:eastAsia="標楷體" w:hAnsi="標楷體"/>
          <w:b/>
          <w:bCs/>
          <w:sz w:val="24"/>
          <w:szCs w:val="24"/>
          <w:lang w:eastAsia="zh-TW"/>
        </w:rPr>
        <w:t>生活情況（請簡要自我評估）</w:t>
      </w:r>
    </w:p>
    <w:p w14:paraId="34284529" w14:textId="321177BC" w:rsidR="000A65DD" w:rsidRPr="00F24FF1" w:rsidRDefault="000A65DD" w:rsidP="00964EE0">
      <w:pPr>
        <w:spacing w:line="360" w:lineRule="auto"/>
        <w:rPr>
          <w:rFonts w:ascii="標楷體" w:eastAsia="標楷體" w:hAnsi="標楷體"/>
          <w:lang w:eastAsia="zh-TW"/>
        </w:rPr>
      </w:pPr>
      <w:r w:rsidRPr="00F24FF1">
        <w:rPr>
          <w:rFonts w:ascii="標楷體" w:eastAsia="標楷體" w:hAnsi="標楷體" w:hint="eastAsia"/>
          <w:b/>
          <w:bCs/>
          <w:lang w:eastAsia="zh-TW"/>
        </w:rPr>
        <w:t xml:space="preserve">  </w:t>
      </w:r>
      <w:r w:rsidR="00DC0BFB">
        <w:rPr>
          <w:rFonts w:ascii="標楷體" w:eastAsia="標楷體" w:hAnsi="標楷體" w:hint="eastAsia"/>
          <w:b/>
          <w:bCs/>
          <w:lang w:eastAsia="zh-TW"/>
        </w:rPr>
        <w:t xml:space="preserve"> </w:t>
      </w:r>
      <w:proofErr w:type="gramStart"/>
      <w:r w:rsidRPr="00F24FF1">
        <w:rPr>
          <w:rFonts w:ascii="標楷體" w:eastAsia="標楷體" w:hAnsi="標楷體" w:hint="eastAsia"/>
          <w:b/>
          <w:bCs/>
          <w:lang w:eastAsia="zh-TW"/>
        </w:rPr>
        <w:t>‧</w:t>
      </w:r>
      <w:proofErr w:type="gramEnd"/>
      <w:r w:rsidRPr="00F24FF1">
        <w:rPr>
          <w:rFonts w:ascii="標楷體" w:eastAsia="標楷體" w:hAnsi="標楷體"/>
          <w:b/>
          <w:bCs/>
          <w:lang w:eastAsia="zh-TW"/>
        </w:rPr>
        <w:t>作息與時間管理</w:t>
      </w:r>
      <w:proofErr w:type="gramStart"/>
      <w:r w:rsidRPr="00F24FF1">
        <w:rPr>
          <w:rFonts w:ascii="標楷體" w:eastAsia="標楷體" w:hAnsi="標楷體"/>
          <w:lang w:eastAsia="zh-TW"/>
        </w:rPr>
        <w:t>（</w:t>
      </w:r>
      <w:proofErr w:type="gramEnd"/>
      <w:r w:rsidRPr="00F24FF1">
        <w:rPr>
          <w:rFonts w:ascii="標楷體" w:eastAsia="標楷體" w:hAnsi="標楷體"/>
          <w:lang w:eastAsia="zh-TW"/>
        </w:rPr>
        <w:t>如</w:t>
      </w:r>
      <w:r w:rsidR="00397825" w:rsidRPr="00F24FF1">
        <w:rPr>
          <w:rFonts w:ascii="標楷體" w:eastAsia="標楷體" w:hAnsi="標楷體"/>
          <w:lang w:eastAsia="zh-TW"/>
        </w:rPr>
        <w:t>:</w:t>
      </w:r>
      <w:r w:rsidRPr="00F24FF1">
        <w:rPr>
          <w:rFonts w:ascii="標楷體" w:eastAsia="標楷體" w:hAnsi="標楷體"/>
          <w:lang w:eastAsia="zh-TW"/>
        </w:rPr>
        <w:t>我是否能準時、有規律的作息？</w:t>
      </w:r>
      <w:proofErr w:type="gramStart"/>
      <w:r w:rsidR="00F24FF1" w:rsidRPr="00F24FF1">
        <w:rPr>
          <w:rFonts w:ascii="標楷體" w:eastAsia="標楷體" w:hAnsi="標楷體" w:cs="MS Mincho" w:hint="eastAsia"/>
          <w:lang w:eastAsia="zh-TW"/>
        </w:rPr>
        <w:t>週</w:t>
      </w:r>
      <w:proofErr w:type="gramEnd"/>
      <w:r w:rsidR="00975429" w:rsidRPr="00F24FF1">
        <w:rPr>
          <w:rFonts w:ascii="標楷體" w:eastAsia="標楷體" w:hAnsi="標楷體" w:cs="MS Mincho" w:hint="eastAsia"/>
          <w:lang w:eastAsia="zh-TW"/>
        </w:rPr>
        <w:t>間聚會</w:t>
      </w:r>
      <w:r w:rsidRPr="00F24FF1">
        <w:rPr>
          <w:rFonts w:ascii="標楷體" w:eastAsia="標楷體" w:hAnsi="標楷體"/>
          <w:lang w:eastAsia="zh-TW"/>
        </w:rPr>
        <w:t>請假情況是否</w:t>
      </w:r>
      <w:r w:rsidR="00567315" w:rsidRPr="00F24FF1">
        <w:rPr>
          <w:rFonts w:ascii="標楷體" w:eastAsia="標楷體" w:hAnsi="標楷體" w:cs="MS Mincho" w:hint="eastAsia"/>
          <w:lang w:eastAsia="zh-TW"/>
        </w:rPr>
        <w:t>必需</w:t>
      </w:r>
      <w:r w:rsidRPr="00F24FF1">
        <w:rPr>
          <w:rFonts w:ascii="標楷體" w:eastAsia="標楷體" w:hAnsi="標楷體"/>
          <w:lang w:eastAsia="zh-TW"/>
        </w:rPr>
        <w:t>？）</w:t>
      </w:r>
      <w:r w:rsidRPr="00F24FF1">
        <w:rPr>
          <w:rFonts w:ascii="標楷體" w:eastAsia="標楷體" w:hAnsi="標楷體"/>
          <w:lang w:eastAsia="zh-TW"/>
        </w:rPr>
        <w:br/>
      </w:r>
      <w:r w:rsidRPr="00F24FF1">
        <w:rPr>
          <w:rFonts w:ascii="標楷體" w:eastAsia="標楷體" w:hAnsi="標楷體" w:hint="eastAsia"/>
          <w:lang w:eastAsia="zh-TW"/>
        </w:rPr>
        <w:t xml:space="preserve">    </w:t>
      </w:r>
      <w:r w:rsidR="00DC0BFB">
        <w:rPr>
          <w:rFonts w:ascii="標楷體" w:eastAsia="標楷體" w:hAnsi="標楷體" w:hint="eastAsia"/>
          <w:lang w:eastAsia="zh-TW"/>
        </w:rPr>
        <w:t xml:space="preserve"> </w:t>
      </w:r>
      <w:proofErr w:type="gramStart"/>
      <w:r w:rsidRPr="00F24FF1">
        <w:rPr>
          <w:rFonts w:ascii="標楷體" w:eastAsia="標楷體" w:hAnsi="標楷體"/>
          <w:lang w:eastAsia="zh-TW"/>
        </w:rPr>
        <w:t>＿＿＿＿＿＿＿＿＿＿＿＿＿＿＿＿＿＿＿＿</w:t>
      </w:r>
      <w:proofErr w:type="gramEnd"/>
      <w:r w:rsidRPr="00F24FF1">
        <w:rPr>
          <w:rFonts w:ascii="標楷體" w:eastAsia="標楷體" w:hAnsi="標楷體"/>
          <w:lang w:eastAsia="zh-TW"/>
        </w:rPr>
        <w:t>＿＿＿＿＿＿＿＿</w:t>
      </w:r>
      <w:r w:rsidR="00F24FF1" w:rsidRPr="00F24FF1">
        <w:rPr>
          <w:rFonts w:ascii="標楷體" w:eastAsia="標楷體" w:hAnsi="標楷體"/>
          <w:lang w:eastAsia="zh-TW"/>
        </w:rPr>
        <w:t>＿＿＿＿＿＿</w:t>
      </w:r>
      <w:r w:rsidRPr="00F24FF1">
        <w:rPr>
          <w:rFonts w:ascii="標楷體" w:eastAsia="標楷體" w:hAnsi="標楷體"/>
          <w:lang w:eastAsia="zh-TW"/>
        </w:rPr>
        <w:t>＿＿＿＿＿＿＿＿</w:t>
      </w:r>
    </w:p>
    <w:p w14:paraId="07F20ED7" w14:textId="0ABFAC4D" w:rsidR="000A65DD" w:rsidRPr="00F24FF1" w:rsidRDefault="000A65DD" w:rsidP="00964EE0">
      <w:pPr>
        <w:spacing w:line="360" w:lineRule="auto"/>
        <w:rPr>
          <w:rFonts w:ascii="標楷體" w:eastAsia="標楷體" w:hAnsi="標楷體"/>
          <w:lang w:eastAsia="zh-TW"/>
        </w:rPr>
      </w:pPr>
      <w:r w:rsidRPr="00F24FF1">
        <w:rPr>
          <w:rFonts w:ascii="標楷體" w:eastAsia="標楷體" w:hAnsi="標楷體" w:hint="eastAsia"/>
          <w:b/>
          <w:bCs/>
          <w:lang w:eastAsia="zh-TW"/>
        </w:rPr>
        <w:t xml:space="preserve">  </w:t>
      </w:r>
      <w:r w:rsidR="00DC0BFB">
        <w:rPr>
          <w:rFonts w:ascii="標楷體" w:eastAsia="標楷體" w:hAnsi="標楷體" w:hint="eastAsia"/>
          <w:b/>
          <w:bCs/>
          <w:lang w:eastAsia="zh-TW"/>
        </w:rPr>
        <w:t xml:space="preserve"> </w:t>
      </w:r>
      <w:proofErr w:type="gramStart"/>
      <w:r w:rsidRPr="00F24FF1">
        <w:rPr>
          <w:rFonts w:ascii="標楷體" w:eastAsia="標楷體" w:hAnsi="標楷體" w:hint="eastAsia"/>
          <w:b/>
          <w:bCs/>
          <w:lang w:eastAsia="zh-TW"/>
        </w:rPr>
        <w:t>‧</w:t>
      </w:r>
      <w:proofErr w:type="gramEnd"/>
      <w:r w:rsidRPr="00F24FF1">
        <w:rPr>
          <w:rFonts w:ascii="標楷體" w:eastAsia="標楷體" w:hAnsi="標楷體"/>
          <w:b/>
          <w:bCs/>
          <w:lang w:eastAsia="zh-TW"/>
        </w:rPr>
        <w:t>整潔與生活安排</w:t>
      </w:r>
      <w:proofErr w:type="gramStart"/>
      <w:r w:rsidRPr="00F24FF1">
        <w:rPr>
          <w:rFonts w:ascii="標楷體" w:eastAsia="標楷體" w:hAnsi="標楷體"/>
          <w:lang w:eastAsia="zh-TW"/>
        </w:rPr>
        <w:t>（</w:t>
      </w:r>
      <w:proofErr w:type="gramEnd"/>
      <w:r w:rsidRPr="00F24FF1">
        <w:rPr>
          <w:rFonts w:ascii="標楷體" w:eastAsia="標楷體" w:hAnsi="標楷體"/>
          <w:lang w:eastAsia="zh-TW"/>
        </w:rPr>
        <w:t>如</w:t>
      </w:r>
      <w:r w:rsidR="00397825" w:rsidRPr="00F24FF1">
        <w:rPr>
          <w:rFonts w:ascii="標楷體" w:eastAsia="標楷體" w:hAnsi="標楷體"/>
          <w:lang w:eastAsia="zh-TW"/>
        </w:rPr>
        <w:t>:</w:t>
      </w:r>
      <w:r w:rsidRPr="00F24FF1">
        <w:rPr>
          <w:rFonts w:ascii="標楷體" w:eastAsia="標楷體" w:hAnsi="標楷體"/>
          <w:lang w:eastAsia="zh-TW"/>
        </w:rPr>
        <w:t>我是否保持</w:t>
      </w:r>
      <w:r w:rsidR="00567315" w:rsidRPr="00F24FF1">
        <w:rPr>
          <w:rFonts w:ascii="標楷體" w:eastAsia="標楷體" w:hAnsi="標楷體" w:cs="MS Mincho" w:hint="eastAsia"/>
          <w:lang w:eastAsia="zh-TW"/>
        </w:rPr>
        <w:t>宿舍生活空間</w:t>
      </w:r>
      <w:r w:rsidRPr="00F24FF1">
        <w:rPr>
          <w:rFonts w:ascii="標楷體" w:eastAsia="標楷體" w:hAnsi="標楷體"/>
          <w:lang w:eastAsia="zh-TW"/>
        </w:rPr>
        <w:t>整潔？時間與金錢的使用是否合宜？）</w:t>
      </w:r>
      <w:r w:rsidRPr="00F24FF1">
        <w:rPr>
          <w:rFonts w:ascii="標楷體" w:eastAsia="標楷體" w:hAnsi="標楷體"/>
          <w:lang w:eastAsia="zh-TW"/>
        </w:rPr>
        <w:br/>
      </w:r>
      <w:r w:rsidRPr="00F24FF1">
        <w:rPr>
          <w:rFonts w:ascii="標楷體" w:eastAsia="標楷體" w:hAnsi="標楷體" w:hint="eastAsia"/>
          <w:lang w:eastAsia="zh-TW"/>
        </w:rPr>
        <w:t xml:space="preserve">    </w:t>
      </w:r>
      <w:r w:rsidR="00DC0BFB">
        <w:rPr>
          <w:rFonts w:ascii="標楷體" w:eastAsia="標楷體" w:hAnsi="標楷體" w:hint="eastAsia"/>
          <w:lang w:eastAsia="zh-TW"/>
        </w:rPr>
        <w:t xml:space="preserve"> </w:t>
      </w:r>
      <w:proofErr w:type="gramStart"/>
      <w:r w:rsidRPr="00F24FF1">
        <w:rPr>
          <w:rFonts w:ascii="標楷體" w:eastAsia="標楷體" w:hAnsi="標楷體"/>
          <w:lang w:eastAsia="zh-TW"/>
        </w:rPr>
        <w:t>＿＿</w:t>
      </w:r>
      <w:r w:rsidR="00F24FF1" w:rsidRPr="00F24FF1">
        <w:rPr>
          <w:rFonts w:ascii="標楷體" w:eastAsia="標楷體" w:hAnsi="標楷體"/>
          <w:lang w:eastAsia="zh-TW"/>
        </w:rPr>
        <w:t>＿＿＿＿＿＿</w:t>
      </w:r>
      <w:r w:rsidRPr="00F24FF1">
        <w:rPr>
          <w:rFonts w:ascii="標楷體" w:eastAsia="標楷體" w:hAnsi="標楷體"/>
          <w:lang w:eastAsia="zh-TW"/>
        </w:rPr>
        <w:t>＿＿＿＿＿＿＿＿＿＿＿＿</w:t>
      </w:r>
      <w:proofErr w:type="gramEnd"/>
      <w:r w:rsidRPr="00F24FF1">
        <w:rPr>
          <w:rFonts w:ascii="標楷體" w:eastAsia="標楷體" w:hAnsi="標楷體"/>
          <w:lang w:eastAsia="zh-TW"/>
        </w:rPr>
        <w:t>＿＿＿＿＿＿＿＿＿＿＿＿＿＿＿＿＿＿＿＿＿＿</w:t>
      </w:r>
    </w:p>
    <w:p w14:paraId="63E2798C" w14:textId="1D4F8051" w:rsidR="000A65DD" w:rsidRPr="00F24FF1" w:rsidRDefault="000A65DD" w:rsidP="00964EE0">
      <w:pPr>
        <w:spacing w:line="360" w:lineRule="auto"/>
        <w:rPr>
          <w:rFonts w:ascii="標楷體" w:eastAsia="標楷體" w:hAnsi="標楷體"/>
          <w:lang w:eastAsia="zh-TW"/>
        </w:rPr>
      </w:pPr>
      <w:r w:rsidRPr="00F24FF1">
        <w:rPr>
          <w:rFonts w:ascii="標楷體" w:eastAsia="標楷體" w:hAnsi="標楷體" w:hint="eastAsia"/>
          <w:b/>
          <w:bCs/>
          <w:lang w:eastAsia="zh-TW"/>
        </w:rPr>
        <w:t xml:space="preserve">  </w:t>
      </w:r>
      <w:r w:rsidR="00DC0BFB">
        <w:rPr>
          <w:rFonts w:ascii="標楷體" w:eastAsia="標楷體" w:hAnsi="標楷體" w:hint="eastAsia"/>
          <w:b/>
          <w:bCs/>
          <w:lang w:eastAsia="zh-TW"/>
        </w:rPr>
        <w:t xml:space="preserve"> </w:t>
      </w:r>
      <w:proofErr w:type="gramStart"/>
      <w:r w:rsidRPr="00F24FF1">
        <w:rPr>
          <w:rFonts w:ascii="標楷體" w:eastAsia="標楷體" w:hAnsi="標楷體" w:hint="eastAsia"/>
          <w:b/>
          <w:bCs/>
          <w:lang w:eastAsia="zh-TW"/>
        </w:rPr>
        <w:t>‧</w:t>
      </w:r>
      <w:proofErr w:type="gramEnd"/>
      <w:r w:rsidRPr="00F24FF1">
        <w:rPr>
          <w:rFonts w:ascii="標楷體" w:eastAsia="標楷體" w:hAnsi="標楷體"/>
          <w:b/>
          <w:bCs/>
          <w:lang w:eastAsia="zh-TW"/>
        </w:rPr>
        <w:t>人際互動與溝通</w:t>
      </w:r>
      <w:proofErr w:type="gramStart"/>
      <w:r w:rsidRPr="00F24FF1">
        <w:rPr>
          <w:rFonts w:ascii="標楷體" w:eastAsia="標楷體" w:hAnsi="標楷體"/>
          <w:lang w:eastAsia="zh-TW"/>
        </w:rPr>
        <w:t>（</w:t>
      </w:r>
      <w:proofErr w:type="gramEnd"/>
      <w:r w:rsidRPr="00F24FF1">
        <w:rPr>
          <w:rFonts w:ascii="標楷體" w:eastAsia="標楷體" w:hAnsi="標楷體"/>
          <w:lang w:eastAsia="zh-TW"/>
        </w:rPr>
        <w:t>如</w:t>
      </w:r>
      <w:r w:rsidR="00397825" w:rsidRPr="00F24FF1">
        <w:rPr>
          <w:rFonts w:ascii="標楷體" w:eastAsia="標楷體" w:hAnsi="標楷體"/>
          <w:lang w:eastAsia="zh-TW"/>
        </w:rPr>
        <w:t>:</w:t>
      </w:r>
      <w:r w:rsidRPr="00F24FF1">
        <w:rPr>
          <w:rFonts w:ascii="標楷體" w:eastAsia="標楷體" w:hAnsi="標楷體"/>
          <w:lang w:eastAsia="zh-TW"/>
        </w:rPr>
        <w:t>我在</w:t>
      </w:r>
      <w:r w:rsidR="00567315" w:rsidRPr="00F24FF1">
        <w:rPr>
          <w:rFonts w:ascii="標楷體" w:eastAsia="標楷體" w:hAnsi="標楷體" w:hint="eastAsia"/>
          <w:lang w:eastAsia="zh-TW"/>
        </w:rPr>
        <w:t>學</w:t>
      </w:r>
      <w:r w:rsidR="00567315" w:rsidRPr="00F24FF1">
        <w:rPr>
          <w:rFonts w:ascii="標楷體" w:eastAsia="標楷體" w:hAnsi="標楷體" w:cs="MS Mincho" w:hint="eastAsia"/>
          <w:lang w:eastAsia="zh-TW"/>
        </w:rPr>
        <w:t>院中</w:t>
      </w:r>
      <w:r w:rsidRPr="00F24FF1">
        <w:rPr>
          <w:rFonts w:ascii="標楷體" w:eastAsia="標楷體" w:hAnsi="標楷體"/>
          <w:lang w:eastAsia="zh-TW"/>
        </w:rPr>
        <w:t>人際關係上是否</w:t>
      </w:r>
      <w:r w:rsidR="00567315" w:rsidRPr="00F24FF1">
        <w:rPr>
          <w:rFonts w:ascii="標楷體" w:eastAsia="標楷體" w:hAnsi="標楷體" w:cs="MS Mincho" w:hint="eastAsia"/>
          <w:lang w:eastAsia="zh-TW"/>
        </w:rPr>
        <w:t>良好</w:t>
      </w:r>
      <w:r w:rsidRPr="00F24FF1">
        <w:rPr>
          <w:rFonts w:ascii="標楷體" w:eastAsia="標楷體" w:hAnsi="標楷體"/>
          <w:lang w:eastAsia="zh-TW"/>
        </w:rPr>
        <w:t>？能否</w:t>
      </w:r>
      <w:r w:rsidR="00567315" w:rsidRPr="00F24FF1">
        <w:rPr>
          <w:rFonts w:ascii="標楷體" w:eastAsia="標楷體" w:hAnsi="標楷體" w:hint="eastAsia"/>
          <w:lang w:eastAsia="zh-TW"/>
        </w:rPr>
        <w:t>有</w:t>
      </w:r>
      <w:r w:rsidR="00567315" w:rsidRPr="00F24FF1">
        <w:rPr>
          <w:rFonts w:ascii="標楷體" w:eastAsia="標楷體" w:hAnsi="標楷體" w:cs="MS Mincho" w:hint="eastAsia"/>
          <w:lang w:eastAsia="zh-TW"/>
        </w:rPr>
        <w:t>按本分去改善</w:t>
      </w:r>
      <w:r w:rsidR="00F41343">
        <w:rPr>
          <w:rFonts w:ascii="標楷體" w:eastAsia="標楷體" w:hAnsi="標楷體" w:cs="MS Mincho" w:hint="eastAsia"/>
          <w:lang w:eastAsia="zh-TW"/>
        </w:rPr>
        <w:t>關係</w:t>
      </w:r>
      <w:r w:rsidRPr="00F24FF1">
        <w:rPr>
          <w:rFonts w:ascii="標楷體" w:eastAsia="標楷體" w:hAnsi="標楷體"/>
          <w:lang w:eastAsia="zh-TW"/>
        </w:rPr>
        <w:t>？）</w:t>
      </w:r>
      <w:r w:rsidRPr="00F24FF1">
        <w:rPr>
          <w:rFonts w:ascii="標楷體" w:eastAsia="標楷體" w:hAnsi="標楷體"/>
          <w:lang w:eastAsia="zh-TW"/>
        </w:rPr>
        <w:br/>
      </w:r>
      <w:r w:rsidRPr="00F24FF1">
        <w:rPr>
          <w:rFonts w:ascii="標楷體" w:eastAsia="標楷體" w:hAnsi="標楷體" w:hint="eastAsia"/>
          <w:lang w:eastAsia="zh-TW"/>
        </w:rPr>
        <w:t xml:space="preserve">    </w:t>
      </w:r>
      <w:r w:rsidR="00DC0BFB">
        <w:rPr>
          <w:rFonts w:ascii="標楷體" w:eastAsia="標楷體" w:hAnsi="標楷體" w:hint="eastAsia"/>
          <w:lang w:eastAsia="zh-TW"/>
        </w:rPr>
        <w:t xml:space="preserve"> </w:t>
      </w:r>
      <w:proofErr w:type="gramStart"/>
      <w:r w:rsidRPr="00F24FF1">
        <w:rPr>
          <w:rFonts w:ascii="標楷體" w:eastAsia="標楷體" w:hAnsi="標楷體"/>
          <w:lang w:eastAsia="zh-TW"/>
        </w:rPr>
        <w:t>＿＿＿＿＿</w:t>
      </w:r>
      <w:r w:rsidR="00F24FF1" w:rsidRPr="00F24FF1">
        <w:rPr>
          <w:rFonts w:ascii="標楷體" w:eastAsia="標楷體" w:hAnsi="標楷體"/>
          <w:lang w:eastAsia="zh-TW"/>
        </w:rPr>
        <w:t>＿＿＿＿＿＿</w:t>
      </w:r>
      <w:r w:rsidRPr="00F24FF1">
        <w:rPr>
          <w:rFonts w:ascii="標楷體" w:eastAsia="標楷體" w:hAnsi="標楷體"/>
          <w:lang w:eastAsia="zh-TW"/>
        </w:rPr>
        <w:t>＿＿＿＿＿＿＿＿＿</w:t>
      </w:r>
      <w:proofErr w:type="gramEnd"/>
      <w:r w:rsidRPr="00F24FF1">
        <w:rPr>
          <w:rFonts w:ascii="標楷體" w:eastAsia="標楷體" w:hAnsi="標楷體"/>
          <w:lang w:eastAsia="zh-TW"/>
        </w:rPr>
        <w:t>＿＿＿＿＿＿＿＿＿＿＿＿＿＿＿＿＿＿＿＿＿＿</w:t>
      </w:r>
    </w:p>
    <w:p w14:paraId="217B8D87" w14:textId="01915FA4" w:rsidR="00644F60" w:rsidRDefault="000A65DD" w:rsidP="00964EE0">
      <w:pPr>
        <w:spacing w:line="360" w:lineRule="auto"/>
        <w:rPr>
          <w:rFonts w:ascii="標楷體" w:eastAsia="標楷體" w:hAnsi="標楷體"/>
          <w:lang w:eastAsia="zh-TW"/>
        </w:rPr>
      </w:pPr>
      <w:r w:rsidRPr="00F24FF1">
        <w:rPr>
          <w:rFonts w:ascii="標楷體" w:eastAsia="標楷體" w:hAnsi="標楷體" w:hint="eastAsia"/>
          <w:lang w:eastAsia="zh-TW"/>
        </w:rPr>
        <w:t xml:space="preserve">  </w:t>
      </w:r>
      <w:r w:rsidR="00DC0BFB">
        <w:rPr>
          <w:rFonts w:ascii="標楷體" w:eastAsia="標楷體" w:hAnsi="標楷體" w:hint="eastAsia"/>
          <w:lang w:eastAsia="zh-TW"/>
        </w:rPr>
        <w:t xml:space="preserve"> </w:t>
      </w:r>
      <w:proofErr w:type="gramStart"/>
      <w:r w:rsidRPr="00F24FF1">
        <w:rPr>
          <w:rFonts w:ascii="標楷體" w:eastAsia="標楷體" w:hAnsi="標楷體" w:hint="eastAsia"/>
          <w:b/>
          <w:bCs/>
          <w:lang w:eastAsia="zh-TW"/>
        </w:rPr>
        <w:t>‧</w:t>
      </w:r>
      <w:proofErr w:type="gramEnd"/>
      <w:r w:rsidR="00567315" w:rsidRPr="00F24FF1">
        <w:rPr>
          <w:rFonts w:ascii="標楷體" w:eastAsia="標楷體" w:hAnsi="標楷體" w:cs="MS Mincho" w:hint="eastAsia"/>
          <w:b/>
          <w:bCs/>
          <w:lang w:eastAsia="zh-TW"/>
        </w:rPr>
        <w:t>品</w:t>
      </w:r>
      <w:r w:rsidRPr="00F24FF1">
        <w:rPr>
          <w:rFonts w:ascii="標楷體" w:eastAsia="標楷體" w:hAnsi="標楷體"/>
          <w:b/>
          <w:bCs/>
          <w:lang w:eastAsia="zh-TW"/>
        </w:rPr>
        <w:t>格與行為態度</w:t>
      </w:r>
      <w:proofErr w:type="gramStart"/>
      <w:r w:rsidRPr="00F24FF1">
        <w:rPr>
          <w:rFonts w:ascii="標楷體" w:eastAsia="標楷體" w:hAnsi="標楷體"/>
          <w:lang w:eastAsia="zh-TW"/>
        </w:rPr>
        <w:t>（</w:t>
      </w:r>
      <w:proofErr w:type="gramEnd"/>
      <w:r w:rsidRPr="00F24FF1">
        <w:rPr>
          <w:rFonts w:ascii="標楷體" w:eastAsia="標楷體" w:hAnsi="標楷體"/>
          <w:lang w:eastAsia="zh-TW"/>
        </w:rPr>
        <w:t>如</w:t>
      </w:r>
      <w:r w:rsidR="00397825" w:rsidRPr="00F24FF1">
        <w:rPr>
          <w:rFonts w:ascii="標楷體" w:eastAsia="標楷體" w:hAnsi="標楷體"/>
          <w:lang w:eastAsia="zh-TW"/>
        </w:rPr>
        <w:t>:</w:t>
      </w:r>
      <w:r w:rsidRPr="00F24FF1">
        <w:rPr>
          <w:rFonts w:ascii="標楷體" w:eastAsia="標楷體" w:hAnsi="標楷體"/>
          <w:lang w:eastAsia="zh-TW"/>
        </w:rPr>
        <w:t>我是否誠實守信？</w:t>
      </w:r>
      <w:r w:rsidR="00567315" w:rsidRPr="00F24FF1">
        <w:rPr>
          <w:rFonts w:ascii="標楷體" w:eastAsia="標楷體" w:hAnsi="標楷體" w:cs="MS Mincho" w:hint="eastAsia"/>
          <w:lang w:eastAsia="zh-TW"/>
        </w:rPr>
        <w:t>男女社交距離上有否合適</w:t>
      </w:r>
      <w:r w:rsidRPr="00F24FF1">
        <w:rPr>
          <w:rFonts w:ascii="標楷體" w:eastAsia="標楷體" w:hAnsi="標楷體"/>
          <w:lang w:eastAsia="zh-TW"/>
        </w:rPr>
        <w:t>？）</w:t>
      </w:r>
      <w:r w:rsidRPr="00F24FF1">
        <w:rPr>
          <w:rFonts w:ascii="標楷體" w:eastAsia="標楷體" w:hAnsi="標楷體"/>
          <w:lang w:eastAsia="zh-TW"/>
        </w:rPr>
        <w:br/>
      </w:r>
      <w:r w:rsidRPr="00F24FF1">
        <w:rPr>
          <w:rFonts w:ascii="標楷體" w:eastAsia="標楷體" w:hAnsi="標楷體" w:hint="eastAsia"/>
          <w:lang w:eastAsia="zh-TW"/>
        </w:rPr>
        <w:t xml:space="preserve">   </w:t>
      </w:r>
      <w:r w:rsidR="00DC0BFB">
        <w:rPr>
          <w:rFonts w:ascii="標楷體" w:eastAsia="標楷體" w:hAnsi="標楷體" w:hint="eastAsia"/>
          <w:lang w:eastAsia="zh-TW"/>
        </w:rPr>
        <w:t xml:space="preserve"> </w:t>
      </w:r>
      <w:r w:rsidRPr="00F24FF1">
        <w:rPr>
          <w:rFonts w:ascii="標楷體" w:eastAsia="標楷體" w:hAnsi="標楷體" w:hint="eastAsia"/>
          <w:lang w:eastAsia="zh-TW"/>
        </w:rPr>
        <w:t xml:space="preserve"> </w:t>
      </w:r>
      <w:proofErr w:type="gramStart"/>
      <w:r w:rsidRPr="00F24FF1">
        <w:rPr>
          <w:rFonts w:ascii="標楷體" w:eastAsia="標楷體" w:hAnsi="標楷體"/>
          <w:lang w:eastAsia="zh-TW"/>
        </w:rPr>
        <w:t>＿＿</w:t>
      </w:r>
      <w:r w:rsidR="00F24FF1" w:rsidRPr="00F24FF1">
        <w:rPr>
          <w:rFonts w:ascii="標楷體" w:eastAsia="標楷體" w:hAnsi="標楷體"/>
          <w:lang w:eastAsia="zh-TW"/>
        </w:rPr>
        <w:t>＿＿＿＿＿＿</w:t>
      </w:r>
      <w:r w:rsidRPr="00F24FF1">
        <w:rPr>
          <w:rFonts w:ascii="標楷體" w:eastAsia="標楷體" w:hAnsi="標楷體"/>
          <w:lang w:eastAsia="zh-TW"/>
        </w:rPr>
        <w:t>＿＿＿＿＿＿＿＿＿＿＿＿</w:t>
      </w:r>
      <w:proofErr w:type="gramEnd"/>
      <w:r w:rsidRPr="00F24FF1">
        <w:rPr>
          <w:rFonts w:ascii="標楷體" w:eastAsia="標楷體" w:hAnsi="標楷體"/>
          <w:lang w:eastAsia="zh-TW"/>
        </w:rPr>
        <w:t>＿＿＿＿＿＿＿＿＿＿＿＿＿＿＿＿＿＿＿＿＿＿</w:t>
      </w:r>
    </w:p>
    <w:p w14:paraId="02E68C2A" w14:textId="410ED9A4" w:rsidR="0027194F" w:rsidRPr="00644F60" w:rsidRDefault="00000000">
      <w:pPr>
        <w:rPr>
          <w:rFonts w:ascii="標楷體" w:eastAsia="標楷體" w:hAnsi="標楷體"/>
          <w:lang w:eastAsia="zh-TW"/>
        </w:rPr>
      </w:pPr>
      <w:r w:rsidRPr="00145CF2">
        <w:rPr>
          <w:rFonts w:ascii="標楷體" w:eastAsia="標楷體" w:hAnsi="標楷體"/>
          <w:lang w:eastAsia="zh-TW"/>
        </w:rPr>
        <w:br/>
      </w:r>
      <w:r w:rsidR="00DC0BFB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 xml:space="preserve"> </w:t>
      </w:r>
      <w:r w:rsidRPr="00644F60">
        <w:rPr>
          <w:rFonts w:ascii="標楷體" w:eastAsia="標楷體" w:hAnsi="標楷體"/>
          <w:b/>
          <w:bCs/>
          <w:sz w:val="24"/>
          <w:szCs w:val="24"/>
          <w:lang w:eastAsia="zh-TW"/>
        </w:rPr>
        <w:t>二、課業情況（請簡要自我評估）</w:t>
      </w:r>
    </w:p>
    <w:p w14:paraId="183EC68F" w14:textId="0CB08152" w:rsidR="000A65DD" w:rsidRPr="00644F60" w:rsidRDefault="000A65DD" w:rsidP="000A65DD">
      <w:pPr>
        <w:rPr>
          <w:rFonts w:ascii="標楷體" w:eastAsia="標楷體" w:hAnsi="標楷體"/>
          <w:lang w:eastAsia="zh-TW"/>
        </w:rPr>
      </w:pPr>
      <w:r w:rsidRPr="00644F60">
        <w:rPr>
          <w:rFonts w:ascii="標楷體" w:eastAsia="標楷體" w:hAnsi="標楷體"/>
          <w:lang w:eastAsia="zh-TW"/>
        </w:rPr>
        <w:t xml:space="preserve"> </w:t>
      </w:r>
      <w:proofErr w:type="gramStart"/>
      <w:r w:rsidRPr="00644F60">
        <w:rPr>
          <w:rFonts w:ascii="標楷體" w:eastAsia="標楷體" w:hAnsi="標楷體" w:hint="eastAsia"/>
          <w:b/>
          <w:bCs/>
          <w:lang w:eastAsia="zh-TW"/>
        </w:rPr>
        <w:t>‧</w:t>
      </w:r>
      <w:proofErr w:type="gramEnd"/>
      <w:r w:rsidRPr="00644F60">
        <w:rPr>
          <w:rFonts w:ascii="標楷體" w:eastAsia="標楷體" w:hAnsi="標楷體"/>
          <w:b/>
          <w:bCs/>
          <w:lang w:eastAsia="zh-TW"/>
        </w:rPr>
        <w:t>課堂</w:t>
      </w:r>
      <w:r w:rsidR="00893712" w:rsidRPr="00644F60">
        <w:rPr>
          <w:rFonts w:ascii="標楷體" w:eastAsia="標楷體" w:hAnsi="標楷體" w:hint="eastAsia"/>
          <w:b/>
          <w:bCs/>
          <w:lang w:eastAsia="zh-TW"/>
        </w:rPr>
        <w:t>出席</w:t>
      </w:r>
      <w:r w:rsidRPr="00644F60">
        <w:rPr>
          <w:rFonts w:ascii="標楷體" w:eastAsia="標楷體" w:hAnsi="標楷體"/>
          <w:b/>
          <w:bCs/>
          <w:lang w:eastAsia="zh-TW"/>
        </w:rPr>
        <w:t>與</w:t>
      </w:r>
      <w:r w:rsidR="00893712" w:rsidRPr="00644F60">
        <w:rPr>
          <w:rFonts w:ascii="標楷體" w:eastAsia="標楷體" w:hAnsi="標楷體" w:hint="eastAsia"/>
          <w:b/>
          <w:bCs/>
          <w:lang w:eastAsia="zh-TW"/>
        </w:rPr>
        <w:t>參與</w:t>
      </w:r>
      <w:proofErr w:type="gramStart"/>
      <w:r w:rsidRPr="00644F60">
        <w:rPr>
          <w:rFonts w:ascii="標楷體" w:eastAsia="標楷體" w:hAnsi="標楷體"/>
          <w:lang w:eastAsia="zh-TW"/>
        </w:rPr>
        <w:t>（</w:t>
      </w:r>
      <w:proofErr w:type="gramEnd"/>
      <w:r w:rsidR="00893712" w:rsidRPr="00644F60">
        <w:rPr>
          <w:rFonts w:ascii="標楷體" w:eastAsia="標楷體" w:hAnsi="標楷體"/>
          <w:lang w:eastAsia="zh-TW"/>
        </w:rPr>
        <w:t>如</w:t>
      </w:r>
      <w:r w:rsidR="00397825" w:rsidRPr="00644F60">
        <w:rPr>
          <w:rFonts w:ascii="標楷體" w:eastAsia="標楷體" w:hAnsi="標楷體"/>
          <w:lang w:eastAsia="zh-TW"/>
        </w:rPr>
        <w:t>:</w:t>
      </w:r>
      <w:r w:rsidR="00893712" w:rsidRPr="00644F60">
        <w:rPr>
          <w:rFonts w:ascii="標楷體" w:eastAsia="標楷體" w:hAnsi="標楷體"/>
          <w:lang w:eastAsia="zh-TW"/>
        </w:rPr>
        <w:t>我是否準時上課？有積極參與討論嗎？</w:t>
      </w:r>
      <w:r w:rsidR="009D4DB9" w:rsidRPr="009D4DB9">
        <w:rPr>
          <w:rFonts w:ascii="標楷體" w:eastAsia="標楷體" w:hAnsi="標楷體"/>
          <w:lang w:eastAsia="zh-TW"/>
        </w:rPr>
        <w:t>請假是否有其必要</w:t>
      </w:r>
      <w:r w:rsidR="00893712" w:rsidRPr="00644F60">
        <w:rPr>
          <w:rFonts w:ascii="標楷體" w:eastAsia="標楷體" w:hAnsi="標楷體"/>
          <w:lang w:eastAsia="zh-TW"/>
        </w:rPr>
        <w:t>？</w:t>
      </w:r>
      <w:r w:rsidRPr="00644F60">
        <w:rPr>
          <w:rFonts w:ascii="標楷體" w:eastAsia="標楷體" w:hAnsi="標楷體"/>
          <w:lang w:eastAsia="zh-TW"/>
        </w:rPr>
        <w:t>）</w:t>
      </w:r>
    </w:p>
    <w:p w14:paraId="165E7DA6" w14:textId="75459C96" w:rsidR="00644F60" w:rsidRDefault="00644F60" w:rsidP="00644F60">
      <w:pPr>
        <w:rPr>
          <w:rFonts w:ascii="標楷體" w:eastAsia="標楷體" w:hAnsi="標楷體"/>
          <w:lang w:eastAsia="zh-TW"/>
        </w:rPr>
      </w:pPr>
      <w:r w:rsidRPr="00F24FF1">
        <w:rPr>
          <w:rFonts w:ascii="標楷體" w:eastAsia="標楷體" w:hAnsi="標楷體" w:hint="eastAsia"/>
          <w:lang w:eastAsia="zh-TW"/>
        </w:rPr>
        <w:t xml:space="preserve">   </w:t>
      </w:r>
      <w:r w:rsidR="00DC0BFB">
        <w:rPr>
          <w:rFonts w:ascii="標楷體" w:eastAsia="標楷體" w:hAnsi="標楷體" w:hint="eastAsia"/>
          <w:lang w:eastAsia="zh-TW"/>
        </w:rPr>
        <w:t xml:space="preserve">  </w:t>
      </w:r>
      <w:proofErr w:type="gramStart"/>
      <w:r w:rsidRPr="00F24FF1">
        <w:rPr>
          <w:rFonts w:ascii="標楷體" w:eastAsia="標楷體" w:hAnsi="標楷體"/>
          <w:lang w:eastAsia="zh-TW"/>
        </w:rPr>
        <w:t>＿＿＿＿＿＿＿＿＿＿＿＿＿＿＿＿＿＿＿＿</w:t>
      </w:r>
      <w:proofErr w:type="gramEnd"/>
      <w:r w:rsidRPr="00F24FF1">
        <w:rPr>
          <w:rFonts w:ascii="標楷體" w:eastAsia="標楷體" w:hAnsi="標楷體"/>
          <w:lang w:eastAsia="zh-TW"/>
        </w:rPr>
        <w:t>＿＿＿＿＿＿＿＿＿＿＿＿＿＿＿＿＿＿＿＿＿＿</w:t>
      </w:r>
    </w:p>
    <w:p w14:paraId="3B54101A" w14:textId="370A7A36" w:rsidR="000A65DD" w:rsidRPr="00644F60" w:rsidRDefault="000A65DD" w:rsidP="000A65DD">
      <w:pPr>
        <w:rPr>
          <w:rFonts w:ascii="標楷體" w:eastAsia="標楷體" w:hAnsi="標楷體"/>
          <w:lang w:eastAsia="zh-TW"/>
        </w:rPr>
      </w:pPr>
      <w:r w:rsidRPr="00644F60">
        <w:rPr>
          <w:rFonts w:ascii="標楷體" w:eastAsia="標楷體" w:hAnsi="標楷體" w:hint="eastAsia"/>
          <w:lang w:eastAsia="zh-TW"/>
        </w:rPr>
        <w:t xml:space="preserve">  </w:t>
      </w:r>
      <w:r w:rsidRPr="00644F60">
        <w:rPr>
          <w:rFonts w:ascii="標楷體" w:eastAsia="標楷體" w:hAnsi="標楷體"/>
          <w:lang w:eastAsia="zh-TW"/>
        </w:rPr>
        <w:t xml:space="preserve"> </w:t>
      </w:r>
      <w:proofErr w:type="gramStart"/>
      <w:r w:rsidRPr="00644F60">
        <w:rPr>
          <w:rFonts w:ascii="標楷體" w:eastAsia="標楷體" w:hAnsi="標楷體" w:hint="eastAsia"/>
          <w:b/>
          <w:bCs/>
          <w:lang w:eastAsia="zh-TW"/>
        </w:rPr>
        <w:t>‧</w:t>
      </w:r>
      <w:proofErr w:type="gramEnd"/>
      <w:r w:rsidRPr="00644F60">
        <w:rPr>
          <w:rFonts w:ascii="標楷體" w:eastAsia="標楷體" w:hAnsi="標楷體"/>
          <w:b/>
          <w:bCs/>
          <w:lang w:eastAsia="zh-TW"/>
        </w:rPr>
        <w:t>自我學習與時間安排</w:t>
      </w:r>
      <w:proofErr w:type="gramStart"/>
      <w:r w:rsidRPr="00644F60">
        <w:rPr>
          <w:rFonts w:ascii="標楷體" w:eastAsia="標楷體" w:hAnsi="標楷體"/>
          <w:lang w:eastAsia="zh-TW"/>
        </w:rPr>
        <w:t>（</w:t>
      </w:r>
      <w:proofErr w:type="gramEnd"/>
      <w:r w:rsidR="00893712" w:rsidRPr="00644F60">
        <w:rPr>
          <w:rFonts w:ascii="標楷體" w:eastAsia="標楷體" w:hAnsi="標楷體"/>
          <w:lang w:eastAsia="zh-TW"/>
        </w:rPr>
        <w:t>如</w:t>
      </w:r>
      <w:r w:rsidR="00397825" w:rsidRPr="00644F60">
        <w:rPr>
          <w:rFonts w:ascii="標楷體" w:eastAsia="標楷體" w:hAnsi="標楷體"/>
          <w:lang w:eastAsia="zh-TW"/>
        </w:rPr>
        <w:t>:</w:t>
      </w:r>
      <w:r w:rsidR="00893712" w:rsidRPr="00644F60">
        <w:rPr>
          <w:rFonts w:ascii="標楷體" w:eastAsia="標楷體" w:hAnsi="標楷體"/>
          <w:lang w:eastAsia="zh-TW"/>
        </w:rPr>
        <w:t>我是否有</w:t>
      </w:r>
      <w:r w:rsidR="00893712" w:rsidRPr="00D85239">
        <w:rPr>
          <w:rFonts w:ascii="標楷體" w:eastAsia="標楷體" w:hAnsi="標楷體"/>
          <w:lang w:eastAsia="zh-TW"/>
        </w:rPr>
        <w:t>固定</w:t>
      </w:r>
      <w:proofErr w:type="gramStart"/>
      <w:r w:rsidR="00893712" w:rsidRPr="00D85239">
        <w:rPr>
          <w:rFonts w:ascii="標楷體" w:eastAsia="標楷體" w:hAnsi="標楷體"/>
          <w:lang w:eastAsia="zh-TW"/>
        </w:rPr>
        <w:t>時間備</w:t>
      </w:r>
      <w:r w:rsidR="00893712" w:rsidRPr="00644F60">
        <w:rPr>
          <w:rFonts w:ascii="標楷體" w:eastAsia="標楷體" w:hAnsi="標楷體"/>
          <w:lang w:eastAsia="zh-TW"/>
        </w:rPr>
        <w:t>課</w:t>
      </w:r>
      <w:r w:rsidR="00975429" w:rsidRPr="00644F60">
        <w:rPr>
          <w:rFonts w:ascii="標楷體" w:eastAsia="標楷體" w:hAnsi="標楷體" w:hint="eastAsia"/>
          <w:lang w:eastAsia="zh-TW"/>
        </w:rPr>
        <w:t>與</w:t>
      </w:r>
      <w:proofErr w:type="gramEnd"/>
      <w:r w:rsidR="00975429" w:rsidRPr="00644F60">
        <w:rPr>
          <w:rFonts w:ascii="標楷體" w:eastAsia="標楷體" w:hAnsi="標楷體" w:cs="MS Gothic" w:hint="eastAsia"/>
          <w:lang w:eastAsia="zh-CN"/>
        </w:rPr>
        <w:t>複習</w:t>
      </w:r>
      <w:r w:rsidR="00893712" w:rsidRPr="00644F60">
        <w:rPr>
          <w:rFonts w:ascii="標楷體" w:eastAsia="標楷體" w:hAnsi="標楷體"/>
          <w:lang w:eastAsia="zh-TW"/>
        </w:rPr>
        <w:t>？</w:t>
      </w:r>
      <w:r w:rsidRPr="00644F60">
        <w:rPr>
          <w:rFonts w:ascii="標楷體" w:eastAsia="標楷體" w:hAnsi="標楷體"/>
          <w:lang w:eastAsia="zh-TW"/>
        </w:rPr>
        <w:t>）</w:t>
      </w:r>
    </w:p>
    <w:p w14:paraId="4B349287" w14:textId="143CEBF8" w:rsidR="00644F60" w:rsidRDefault="000A65DD" w:rsidP="00644F60">
      <w:pPr>
        <w:rPr>
          <w:rFonts w:ascii="標楷體" w:eastAsia="標楷體" w:hAnsi="標楷體"/>
          <w:lang w:eastAsia="zh-TW"/>
        </w:rPr>
      </w:pPr>
      <w:r w:rsidRPr="00644F60">
        <w:rPr>
          <w:rFonts w:ascii="標楷體" w:eastAsia="標楷體" w:hAnsi="標楷體" w:hint="eastAsia"/>
          <w:lang w:eastAsia="zh-TW"/>
        </w:rPr>
        <w:t xml:space="preserve">   </w:t>
      </w:r>
      <w:r w:rsidR="00DC0BFB">
        <w:rPr>
          <w:rFonts w:ascii="標楷體" w:eastAsia="標楷體" w:hAnsi="標楷體" w:hint="eastAsia"/>
          <w:lang w:eastAsia="zh-TW"/>
        </w:rPr>
        <w:t xml:space="preserve">  </w:t>
      </w:r>
      <w:proofErr w:type="gramStart"/>
      <w:r w:rsidR="00644F60" w:rsidRPr="00F24FF1">
        <w:rPr>
          <w:rFonts w:ascii="標楷體" w:eastAsia="標楷體" w:hAnsi="標楷體"/>
          <w:lang w:eastAsia="zh-TW"/>
        </w:rPr>
        <w:t>＿＿＿＿＿＿＿＿＿＿＿＿＿＿＿＿＿＿＿＿</w:t>
      </w:r>
      <w:proofErr w:type="gramEnd"/>
      <w:r w:rsidR="00644F60" w:rsidRPr="00F24FF1">
        <w:rPr>
          <w:rFonts w:ascii="標楷體" w:eastAsia="標楷體" w:hAnsi="標楷體"/>
          <w:lang w:eastAsia="zh-TW"/>
        </w:rPr>
        <w:t>＿＿＿＿＿＿＿＿＿＿＿＿＿＿＿＿＿＿＿＿＿＿</w:t>
      </w:r>
    </w:p>
    <w:p w14:paraId="317D9275" w14:textId="55075765" w:rsidR="00893712" w:rsidRPr="00644F60" w:rsidRDefault="00893712" w:rsidP="00893712">
      <w:pPr>
        <w:rPr>
          <w:rFonts w:ascii="標楷體" w:eastAsia="標楷體" w:hAnsi="標楷體"/>
          <w:lang w:eastAsia="zh-TW"/>
        </w:rPr>
      </w:pPr>
      <w:r w:rsidRPr="00644F60">
        <w:rPr>
          <w:rFonts w:ascii="標楷體" w:eastAsia="標楷體" w:hAnsi="標楷體" w:hint="eastAsia"/>
          <w:b/>
          <w:bCs/>
          <w:lang w:eastAsia="zh-TW"/>
        </w:rPr>
        <w:t xml:space="preserve">   </w:t>
      </w:r>
      <w:proofErr w:type="gramStart"/>
      <w:r w:rsidRPr="00644F60">
        <w:rPr>
          <w:rFonts w:ascii="標楷體" w:eastAsia="標楷體" w:hAnsi="標楷體" w:hint="eastAsia"/>
          <w:b/>
          <w:bCs/>
          <w:lang w:eastAsia="zh-TW"/>
        </w:rPr>
        <w:t>‧</w:t>
      </w:r>
      <w:proofErr w:type="gramEnd"/>
      <w:r w:rsidR="000A65DD" w:rsidRPr="00644F60">
        <w:rPr>
          <w:rFonts w:ascii="標楷體" w:eastAsia="標楷體" w:hAnsi="標楷體"/>
          <w:b/>
          <w:bCs/>
          <w:lang w:eastAsia="zh-TW"/>
        </w:rPr>
        <w:t>學習成果與心得反思</w:t>
      </w:r>
      <w:proofErr w:type="gramStart"/>
      <w:r w:rsidR="000A65DD" w:rsidRPr="00644F60">
        <w:rPr>
          <w:rFonts w:ascii="標楷體" w:eastAsia="標楷體" w:hAnsi="標楷體"/>
          <w:lang w:eastAsia="zh-TW"/>
        </w:rPr>
        <w:t>（</w:t>
      </w:r>
      <w:proofErr w:type="gramEnd"/>
      <w:r w:rsidR="009D4DB9">
        <w:rPr>
          <w:rFonts w:ascii="標楷體" w:eastAsia="標楷體" w:hAnsi="標楷體" w:hint="eastAsia"/>
          <w:lang w:eastAsia="zh-TW"/>
        </w:rPr>
        <w:t>如:</w:t>
      </w:r>
      <w:r w:rsidR="006C5485" w:rsidRPr="006C5485">
        <w:rPr>
          <w:rFonts w:ascii="標楷體" w:eastAsia="標楷體" w:hAnsi="標楷體" w:hint="eastAsia"/>
          <w:lang w:eastAsia="zh-TW"/>
        </w:rPr>
        <w:t>這學期我在認知和屬靈生命上是否有明顯成長</w:t>
      </w:r>
      <w:r w:rsidRPr="00644F60">
        <w:rPr>
          <w:rFonts w:ascii="標楷體" w:eastAsia="標楷體" w:hAnsi="標楷體"/>
          <w:lang w:eastAsia="zh-TW"/>
        </w:rPr>
        <w:t>？）</w:t>
      </w:r>
      <w:r w:rsidRPr="00644F60">
        <w:rPr>
          <w:rFonts w:ascii="標楷體" w:eastAsia="標楷體" w:hAnsi="標楷體" w:hint="eastAsia"/>
          <w:lang w:eastAsia="zh-TW"/>
        </w:rPr>
        <w:t xml:space="preserve">      </w:t>
      </w:r>
    </w:p>
    <w:p w14:paraId="56E7E8C6" w14:textId="1792057F" w:rsidR="00893712" w:rsidRPr="00644F60" w:rsidRDefault="00893712" w:rsidP="00893712">
      <w:pPr>
        <w:rPr>
          <w:rFonts w:ascii="標楷體" w:eastAsia="標楷體" w:hAnsi="標楷體"/>
          <w:lang w:eastAsia="zh-TW"/>
        </w:rPr>
      </w:pPr>
      <w:r w:rsidRPr="00644F60">
        <w:rPr>
          <w:rFonts w:ascii="標楷體" w:eastAsia="標楷體" w:hAnsi="標楷體" w:hint="eastAsia"/>
          <w:lang w:eastAsia="zh-TW"/>
        </w:rPr>
        <w:t xml:space="preserve">   </w:t>
      </w:r>
      <w:r w:rsidR="00DC0BFB">
        <w:rPr>
          <w:rFonts w:ascii="標楷體" w:eastAsia="標楷體" w:hAnsi="標楷體" w:hint="eastAsia"/>
          <w:lang w:eastAsia="zh-TW"/>
        </w:rPr>
        <w:t xml:space="preserve">  </w:t>
      </w:r>
      <w:proofErr w:type="gramStart"/>
      <w:r w:rsidR="00644F60" w:rsidRPr="00F24FF1">
        <w:rPr>
          <w:rFonts w:ascii="標楷體" w:eastAsia="標楷體" w:hAnsi="標楷體"/>
          <w:lang w:eastAsia="zh-TW"/>
        </w:rPr>
        <w:t>＿＿＿＿＿＿＿＿＿＿＿＿＿＿＿＿＿＿＿＿</w:t>
      </w:r>
      <w:proofErr w:type="gramEnd"/>
      <w:r w:rsidR="00644F60" w:rsidRPr="00F24FF1">
        <w:rPr>
          <w:rFonts w:ascii="標楷體" w:eastAsia="標楷體" w:hAnsi="標楷體"/>
          <w:lang w:eastAsia="zh-TW"/>
        </w:rPr>
        <w:t>＿＿＿＿＿＿＿＿＿＿＿＿＿＿＿＿＿＿＿＿＿＿</w:t>
      </w:r>
    </w:p>
    <w:p w14:paraId="3FBD6B6A" w14:textId="435E654A" w:rsidR="0027194F" w:rsidRPr="009F5DBB" w:rsidRDefault="00893712">
      <w:pPr>
        <w:rPr>
          <w:rFonts w:ascii="標楷體" w:eastAsia="標楷體" w:hAnsi="標楷體"/>
          <w:b/>
          <w:bCs/>
          <w:sz w:val="24"/>
          <w:szCs w:val="24"/>
          <w:lang w:eastAsia="zh-TW"/>
        </w:rPr>
      </w:pPr>
      <w:r w:rsidRPr="009F5DBB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lastRenderedPageBreak/>
        <w:t>三</w:t>
      </w:r>
      <w:r w:rsidRPr="009F5DBB">
        <w:rPr>
          <w:rFonts w:ascii="標楷體" w:eastAsia="標楷體" w:hAnsi="標楷體"/>
          <w:b/>
          <w:bCs/>
          <w:sz w:val="24"/>
          <w:szCs w:val="24"/>
          <w:lang w:eastAsia="zh-TW"/>
        </w:rPr>
        <w:t>、靈性生活（請簡要自我評估）</w:t>
      </w:r>
    </w:p>
    <w:p w14:paraId="21F6BB31" w14:textId="237FBF6E" w:rsidR="00964EE0" w:rsidRDefault="009F5DBB" w:rsidP="00964EE0">
      <w:pPr>
        <w:spacing w:line="360" w:lineRule="auto"/>
        <w:rPr>
          <w:rFonts w:ascii="標楷體" w:eastAsia="標楷體" w:hAnsi="標楷體"/>
          <w:lang w:eastAsia="zh-TW"/>
        </w:rPr>
      </w:pPr>
      <w:r w:rsidRPr="00644F60">
        <w:rPr>
          <w:rFonts w:ascii="標楷體" w:eastAsia="標楷體" w:hAnsi="標楷體" w:hint="eastAsia"/>
          <w:lang w:eastAsia="zh-TW"/>
        </w:rPr>
        <w:t xml:space="preserve">  </w:t>
      </w:r>
      <w:r w:rsidR="00DC0BFB">
        <w:rPr>
          <w:rFonts w:ascii="標楷體" w:eastAsia="標楷體" w:hAnsi="標楷體" w:hint="eastAsia"/>
          <w:lang w:eastAsia="zh-TW"/>
        </w:rPr>
        <w:t xml:space="preserve"> </w:t>
      </w:r>
      <w:proofErr w:type="gramStart"/>
      <w:r w:rsidRPr="00644F60">
        <w:rPr>
          <w:rFonts w:ascii="標楷體" w:eastAsia="標楷體" w:hAnsi="標楷體" w:hint="eastAsia"/>
          <w:b/>
          <w:bCs/>
          <w:lang w:eastAsia="zh-TW"/>
        </w:rPr>
        <w:t>‧</w:t>
      </w:r>
      <w:proofErr w:type="gramEnd"/>
      <w:r w:rsidRPr="00644F60">
        <w:rPr>
          <w:rFonts w:ascii="標楷體" w:eastAsia="標楷體" w:hAnsi="標楷體"/>
          <w:b/>
          <w:bCs/>
          <w:lang w:eastAsia="zh-TW"/>
        </w:rPr>
        <w:t>靈修與禱告</w:t>
      </w:r>
      <w:r w:rsidR="00893712" w:rsidRPr="00644F60">
        <w:rPr>
          <w:rFonts w:ascii="標楷體" w:eastAsia="標楷體" w:hAnsi="標楷體" w:hint="eastAsia"/>
          <w:lang w:eastAsia="zh-TW"/>
        </w:rPr>
        <w:t>(如:</w:t>
      </w:r>
      <w:r w:rsidR="00893712" w:rsidRPr="00644F60">
        <w:rPr>
          <w:rFonts w:ascii="標楷體" w:eastAsia="標楷體" w:hAnsi="標楷體"/>
          <w:lang w:eastAsia="zh-TW"/>
        </w:rPr>
        <w:t>我是否有穩定的靈修習慣？禱告生活</w:t>
      </w:r>
      <w:r w:rsidR="00322EF8" w:rsidRPr="00644F60">
        <w:rPr>
          <w:rFonts w:ascii="標楷體" w:eastAsia="標楷體" w:hAnsi="標楷體" w:hint="eastAsia"/>
          <w:lang w:eastAsia="zh-TW"/>
        </w:rPr>
        <w:t>中有</w:t>
      </w:r>
      <w:r w:rsidR="00322EF8" w:rsidRPr="00644F60">
        <w:rPr>
          <w:rFonts w:ascii="標楷體" w:eastAsia="標楷體" w:hAnsi="標楷體" w:cs="MS Mincho" w:hint="eastAsia"/>
          <w:lang w:eastAsia="zh-TW"/>
        </w:rPr>
        <w:t>加深與神的關係嗎</w:t>
      </w:r>
      <w:r w:rsidR="00893712" w:rsidRPr="00644F60">
        <w:rPr>
          <w:rFonts w:ascii="標楷體" w:eastAsia="標楷體" w:hAnsi="標楷體"/>
          <w:lang w:eastAsia="zh-TW"/>
        </w:rPr>
        <w:t>？</w:t>
      </w:r>
      <w:r w:rsidR="00893712" w:rsidRPr="00644F60">
        <w:rPr>
          <w:rFonts w:ascii="標楷體" w:eastAsia="標楷體" w:hAnsi="標楷體" w:hint="eastAsia"/>
          <w:lang w:eastAsia="zh-TW"/>
        </w:rPr>
        <w:t>)</w:t>
      </w:r>
    </w:p>
    <w:p w14:paraId="10134B64" w14:textId="76DF9DF9" w:rsidR="00644F60" w:rsidRDefault="00964EE0" w:rsidP="00964EE0">
      <w:pPr>
        <w:spacing w:line="360" w:lineRule="auto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  </w:t>
      </w:r>
      <w:r w:rsidR="00DC0BFB">
        <w:rPr>
          <w:rFonts w:ascii="標楷體" w:eastAsia="標楷體" w:hAnsi="標楷體" w:hint="eastAsia"/>
          <w:lang w:eastAsia="zh-TW"/>
        </w:rPr>
        <w:t xml:space="preserve"> </w:t>
      </w:r>
      <w:r>
        <w:rPr>
          <w:rFonts w:ascii="標楷體" w:eastAsia="標楷體" w:hAnsi="標楷體" w:hint="eastAsia"/>
          <w:lang w:eastAsia="zh-TW"/>
        </w:rPr>
        <w:t xml:space="preserve"> </w:t>
      </w:r>
      <w:proofErr w:type="gramStart"/>
      <w:r w:rsidR="00644F60" w:rsidRPr="00F24FF1">
        <w:rPr>
          <w:rFonts w:ascii="標楷體" w:eastAsia="標楷體" w:hAnsi="標楷體"/>
          <w:lang w:eastAsia="zh-TW"/>
        </w:rPr>
        <w:t>＿＿＿＿＿＿＿＿＿＿＿＿＿＿＿＿＿＿＿＿</w:t>
      </w:r>
      <w:proofErr w:type="gramEnd"/>
      <w:r w:rsidR="00644F60" w:rsidRPr="00F24FF1">
        <w:rPr>
          <w:rFonts w:ascii="標楷體" w:eastAsia="標楷體" w:hAnsi="標楷體"/>
          <w:lang w:eastAsia="zh-TW"/>
        </w:rPr>
        <w:t>＿＿＿＿＿＿＿＿＿＿＿＿＿＿＿＿＿＿＿＿＿＿</w:t>
      </w:r>
    </w:p>
    <w:p w14:paraId="785CBE56" w14:textId="0266E9FA" w:rsidR="009F5DBB" w:rsidRDefault="009F5DBB" w:rsidP="00964EE0">
      <w:pPr>
        <w:spacing w:line="360" w:lineRule="auto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b/>
          <w:bCs/>
          <w:lang w:eastAsia="zh-TW"/>
        </w:rPr>
        <w:t xml:space="preserve"> </w:t>
      </w:r>
      <w:r w:rsidR="00DC0BFB">
        <w:rPr>
          <w:rFonts w:ascii="標楷體" w:eastAsia="標楷體" w:hAnsi="標楷體" w:hint="eastAsia"/>
          <w:b/>
          <w:bCs/>
          <w:lang w:eastAsia="zh-TW"/>
        </w:rPr>
        <w:t xml:space="preserve"> </w:t>
      </w:r>
      <w:r>
        <w:rPr>
          <w:rFonts w:ascii="標楷體" w:eastAsia="標楷體" w:hAnsi="標楷體" w:hint="eastAsia"/>
          <w:b/>
          <w:bCs/>
          <w:lang w:eastAsia="zh-TW"/>
        </w:rPr>
        <w:t xml:space="preserve"> </w:t>
      </w:r>
      <w:proofErr w:type="gramStart"/>
      <w:r w:rsidRPr="00644F60">
        <w:rPr>
          <w:rFonts w:ascii="標楷體" w:eastAsia="標楷體" w:hAnsi="標楷體" w:hint="eastAsia"/>
          <w:b/>
          <w:bCs/>
          <w:lang w:eastAsia="zh-TW"/>
        </w:rPr>
        <w:t>‧</w:t>
      </w:r>
      <w:r w:rsidRPr="00644F60">
        <w:rPr>
          <w:rFonts w:ascii="標楷體" w:eastAsia="標楷體" w:hAnsi="標楷體"/>
          <w:b/>
          <w:bCs/>
          <w:lang w:eastAsia="zh-TW"/>
        </w:rPr>
        <w:t>屬靈</w:t>
      </w:r>
      <w:r w:rsidR="00893712" w:rsidRPr="00644F60">
        <w:rPr>
          <w:rFonts w:ascii="標楷體" w:eastAsia="標楷體" w:hAnsi="標楷體" w:hint="eastAsia"/>
          <w:b/>
          <w:bCs/>
          <w:lang w:eastAsia="zh-TW"/>
        </w:rPr>
        <w:t>反思</w:t>
      </w:r>
      <w:proofErr w:type="gramEnd"/>
      <w:r w:rsidRPr="00644F60">
        <w:rPr>
          <w:rFonts w:ascii="標楷體" w:eastAsia="標楷體" w:hAnsi="標楷體"/>
          <w:b/>
          <w:bCs/>
          <w:lang w:eastAsia="zh-TW"/>
        </w:rPr>
        <w:t>與</w:t>
      </w:r>
      <w:r w:rsidR="00893712" w:rsidRPr="00644F60">
        <w:rPr>
          <w:rFonts w:ascii="標楷體" w:eastAsia="標楷體" w:hAnsi="標楷體" w:hint="eastAsia"/>
          <w:b/>
          <w:bCs/>
          <w:lang w:eastAsia="zh-TW"/>
        </w:rPr>
        <w:t>見證</w:t>
      </w:r>
      <w:r w:rsidR="00893712">
        <w:rPr>
          <w:rFonts w:ascii="標楷體" w:eastAsia="標楷體" w:hAnsi="標楷體" w:hint="eastAsia"/>
          <w:lang w:eastAsia="zh-TW"/>
        </w:rPr>
        <w:t>(如:</w:t>
      </w:r>
      <w:r w:rsidR="00893712" w:rsidRPr="00893712">
        <w:rPr>
          <w:lang w:eastAsia="zh-TW"/>
        </w:rPr>
        <w:t xml:space="preserve"> </w:t>
      </w:r>
      <w:proofErr w:type="gramStart"/>
      <w:r w:rsidR="00893712" w:rsidRPr="00893712">
        <w:rPr>
          <w:rFonts w:ascii="標楷體" w:eastAsia="標楷體" w:hAnsi="標楷體"/>
          <w:lang w:eastAsia="zh-TW"/>
        </w:rPr>
        <w:t>我在屬靈</w:t>
      </w:r>
      <w:proofErr w:type="gramEnd"/>
      <w:r w:rsidR="00893712" w:rsidRPr="00893712">
        <w:rPr>
          <w:rFonts w:ascii="標楷體" w:eastAsia="標楷體" w:hAnsi="標楷體"/>
          <w:lang w:eastAsia="zh-TW"/>
        </w:rPr>
        <w:t>生命上有哪些學習？有值得感恩或分享的經歷嗎？</w:t>
      </w:r>
      <w:r w:rsidR="00893712">
        <w:rPr>
          <w:rFonts w:ascii="標楷體" w:eastAsia="標楷體" w:hAnsi="標楷體" w:hint="eastAsia"/>
          <w:lang w:eastAsia="zh-TW"/>
        </w:rPr>
        <w:t>)</w:t>
      </w:r>
      <w:r>
        <w:rPr>
          <w:rFonts w:ascii="標楷體" w:eastAsia="標楷體" w:hAnsi="標楷體" w:hint="eastAsia"/>
          <w:lang w:eastAsia="zh-TW"/>
        </w:rPr>
        <w:t xml:space="preserve"> </w:t>
      </w:r>
    </w:p>
    <w:p w14:paraId="59270456" w14:textId="7BBC5071" w:rsidR="00644F60" w:rsidRDefault="009F5DBB" w:rsidP="00964EE0">
      <w:pPr>
        <w:spacing w:line="360" w:lineRule="auto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</w:t>
      </w:r>
      <w:r w:rsidRPr="009F5DBB">
        <w:rPr>
          <w:rFonts w:ascii="標楷體" w:eastAsia="標楷體" w:hAnsi="標楷體" w:hint="eastAsia"/>
          <w:sz w:val="20"/>
          <w:szCs w:val="20"/>
          <w:lang w:eastAsia="zh-TW"/>
        </w:rPr>
        <w:t xml:space="preserve">  </w:t>
      </w:r>
      <w:r w:rsidR="00DC0BFB">
        <w:rPr>
          <w:rFonts w:ascii="標楷體" w:eastAsia="標楷體" w:hAnsi="標楷體" w:hint="eastAsia"/>
          <w:sz w:val="20"/>
          <w:szCs w:val="20"/>
          <w:lang w:eastAsia="zh-TW"/>
        </w:rPr>
        <w:t xml:space="preserve"> </w:t>
      </w:r>
      <w:r w:rsidR="00964EE0">
        <w:rPr>
          <w:rFonts w:ascii="標楷體" w:eastAsia="標楷體" w:hAnsi="標楷體" w:hint="eastAsia"/>
          <w:sz w:val="20"/>
          <w:szCs w:val="20"/>
          <w:lang w:eastAsia="zh-TW"/>
        </w:rPr>
        <w:t xml:space="preserve"> </w:t>
      </w:r>
      <w:proofErr w:type="gramStart"/>
      <w:r w:rsidR="00644F60" w:rsidRPr="00F24FF1">
        <w:rPr>
          <w:rFonts w:ascii="標楷體" w:eastAsia="標楷體" w:hAnsi="標楷體"/>
          <w:lang w:eastAsia="zh-TW"/>
        </w:rPr>
        <w:t>＿＿＿＿＿＿＿＿＿＿＿＿＿＿＿＿＿＿＿＿</w:t>
      </w:r>
      <w:proofErr w:type="gramEnd"/>
      <w:r w:rsidR="00644F60" w:rsidRPr="00F24FF1">
        <w:rPr>
          <w:rFonts w:ascii="標楷體" w:eastAsia="標楷體" w:hAnsi="標楷體"/>
          <w:lang w:eastAsia="zh-TW"/>
        </w:rPr>
        <w:t>＿＿＿＿＿＿＿＿＿＿＿＿＿＿＿＿＿＿＿＿＿＿</w:t>
      </w:r>
    </w:p>
    <w:p w14:paraId="0AC635B8" w14:textId="7DF443BD" w:rsidR="009F5DBB" w:rsidRPr="00397825" w:rsidRDefault="006418A7" w:rsidP="009F5DBB">
      <w:pPr>
        <w:rPr>
          <w:rFonts w:ascii="標楷體" w:eastAsia="標楷體" w:hAnsi="標楷體"/>
          <w:b/>
          <w:bCs/>
          <w:sz w:val="24"/>
          <w:szCs w:val="24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</w:t>
      </w:r>
      <w:r w:rsidR="009F5DBB" w:rsidRPr="00397825">
        <w:rPr>
          <w:rFonts w:ascii="標楷體" w:eastAsia="標楷體" w:hAnsi="標楷體"/>
          <w:b/>
          <w:bCs/>
          <w:sz w:val="24"/>
          <w:szCs w:val="24"/>
          <w:lang w:eastAsia="zh-TW"/>
        </w:rPr>
        <w:t>四、實習情況（請簡要自我評估）</w:t>
      </w:r>
    </w:p>
    <w:p w14:paraId="018AF2AF" w14:textId="3255FE6B" w:rsidR="00322EF8" w:rsidRPr="001E7F81" w:rsidRDefault="00346062" w:rsidP="00964EE0">
      <w:pPr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</w:t>
      </w:r>
      <w:r w:rsidR="009F5DBB" w:rsidRPr="009F5DBB">
        <w:rPr>
          <w:rFonts w:ascii="標楷體" w:eastAsia="標楷體" w:hAnsi="標楷體" w:hint="eastAsia"/>
          <w:lang w:eastAsia="zh-TW"/>
        </w:rPr>
        <w:t xml:space="preserve"> </w:t>
      </w:r>
      <w:r w:rsidR="00DC0BFB">
        <w:rPr>
          <w:rFonts w:ascii="標楷體" w:eastAsia="標楷體" w:hAnsi="標楷體" w:hint="eastAsia"/>
          <w:lang w:eastAsia="zh-TW"/>
        </w:rPr>
        <w:t xml:space="preserve"> </w:t>
      </w:r>
      <w:proofErr w:type="gramStart"/>
      <w:r w:rsidR="00322EF8" w:rsidRPr="001E7F81">
        <w:rPr>
          <w:rFonts w:ascii="標楷體" w:eastAsia="標楷體" w:hAnsi="標楷體" w:hint="eastAsia"/>
          <w:b/>
          <w:bCs/>
          <w:lang w:eastAsia="zh-TW"/>
        </w:rPr>
        <w:t>‧</w:t>
      </w:r>
      <w:proofErr w:type="gramEnd"/>
      <w:r w:rsidR="00322EF8" w:rsidRPr="001E7F81">
        <w:rPr>
          <w:rFonts w:ascii="標楷體" w:eastAsia="標楷體" w:hAnsi="標楷體"/>
          <w:b/>
          <w:bCs/>
          <w:lang w:eastAsia="zh-TW"/>
        </w:rPr>
        <w:t>與</w:t>
      </w:r>
      <w:r w:rsidR="00322EF8" w:rsidRPr="001E7F81">
        <w:rPr>
          <w:rFonts w:ascii="標楷體" w:eastAsia="標楷體" w:hAnsi="標楷體" w:hint="eastAsia"/>
          <w:b/>
          <w:bCs/>
          <w:lang w:eastAsia="zh-TW"/>
        </w:rPr>
        <w:t>督導</w:t>
      </w:r>
      <w:r w:rsidR="00876CB0" w:rsidRPr="001E7F81">
        <w:rPr>
          <w:rFonts w:ascii="標楷體" w:eastAsia="標楷體" w:hAnsi="標楷體" w:hint="eastAsia"/>
          <w:b/>
          <w:bCs/>
          <w:lang w:eastAsia="zh-TW"/>
        </w:rPr>
        <w:t>者</w:t>
      </w:r>
      <w:r w:rsidR="00322EF8" w:rsidRPr="001E7F81">
        <w:rPr>
          <w:rFonts w:ascii="標楷體" w:eastAsia="標楷體" w:hAnsi="標楷體" w:hint="eastAsia"/>
          <w:b/>
          <w:bCs/>
          <w:lang w:eastAsia="zh-TW"/>
        </w:rPr>
        <w:t>的</w:t>
      </w:r>
      <w:r w:rsidR="00322EF8" w:rsidRPr="001E7F81">
        <w:rPr>
          <w:rFonts w:ascii="標楷體" w:eastAsia="標楷體" w:hAnsi="標楷體"/>
          <w:b/>
          <w:bCs/>
          <w:lang w:eastAsia="zh-TW"/>
        </w:rPr>
        <w:t>關係</w:t>
      </w:r>
      <w:proofErr w:type="gramStart"/>
      <w:r w:rsidR="00322EF8" w:rsidRPr="001E7F81">
        <w:rPr>
          <w:rFonts w:ascii="標楷體" w:eastAsia="標楷體" w:hAnsi="標楷體"/>
          <w:lang w:eastAsia="zh-TW"/>
        </w:rPr>
        <w:t>（</w:t>
      </w:r>
      <w:proofErr w:type="gramEnd"/>
      <w:r w:rsidR="00322EF8" w:rsidRPr="001E7F81">
        <w:rPr>
          <w:rFonts w:ascii="標楷體" w:eastAsia="標楷體" w:hAnsi="標楷體"/>
          <w:lang w:eastAsia="zh-TW"/>
        </w:rPr>
        <w:t>如:</w:t>
      </w:r>
      <w:r w:rsidR="009D4DB9" w:rsidRPr="009D4DB9">
        <w:rPr>
          <w:rFonts w:hint="eastAsia"/>
          <w:lang w:eastAsia="zh-TW"/>
        </w:rPr>
        <w:t xml:space="preserve"> </w:t>
      </w:r>
      <w:r w:rsidR="0090360F" w:rsidRPr="0090360F">
        <w:rPr>
          <w:rFonts w:ascii="標楷體" w:eastAsia="標楷體" w:hAnsi="標楷體" w:hint="eastAsia"/>
          <w:lang w:eastAsia="zh-TW"/>
        </w:rPr>
        <w:t>與從督導者指令的跟進情況如何</w:t>
      </w:r>
      <w:r w:rsidR="009D4DB9" w:rsidRPr="009D4DB9">
        <w:rPr>
          <w:rFonts w:ascii="標楷體" w:eastAsia="標楷體" w:hAnsi="標楷體" w:hint="eastAsia"/>
          <w:lang w:eastAsia="zh-TW"/>
        </w:rPr>
        <w:t>？曾遇到哪些挑戰？</w:t>
      </w:r>
      <w:r w:rsidR="00322EF8" w:rsidRPr="001E7F81">
        <w:rPr>
          <w:rFonts w:ascii="標楷體" w:eastAsia="標楷體" w:hAnsi="標楷體"/>
          <w:lang w:eastAsia="zh-TW"/>
        </w:rPr>
        <w:t>）</w:t>
      </w:r>
      <w:r w:rsidR="00322EF8" w:rsidRPr="001E7F81">
        <w:rPr>
          <w:rFonts w:ascii="標楷體" w:eastAsia="標楷體" w:hAnsi="標楷體" w:hint="eastAsia"/>
          <w:lang w:eastAsia="zh-TW"/>
        </w:rPr>
        <w:t xml:space="preserve">  </w:t>
      </w:r>
    </w:p>
    <w:p w14:paraId="3D20F594" w14:textId="540DB578" w:rsidR="001E7F81" w:rsidRDefault="001E7F81" w:rsidP="00964EE0">
      <w:pPr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</w:t>
      </w:r>
      <w:r w:rsidRPr="009F5DBB">
        <w:rPr>
          <w:rFonts w:ascii="標楷體" w:eastAsia="標楷體" w:hAnsi="標楷體" w:hint="eastAsia"/>
          <w:sz w:val="20"/>
          <w:szCs w:val="20"/>
          <w:lang w:eastAsia="zh-TW"/>
        </w:rPr>
        <w:t xml:space="preserve">  </w:t>
      </w:r>
      <w:r w:rsidR="00DC0BFB">
        <w:rPr>
          <w:rFonts w:ascii="標楷體" w:eastAsia="標楷體" w:hAnsi="標楷體" w:hint="eastAsia"/>
          <w:sz w:val="20"/>
          <w:szCs w:val="20"/>
          <w:lang w:eastAsia="zh-TW"/>
        </w:rPr>
        <w:t xml:space="preserve">  </w:t>
      </w:r>
      <w:proofErr w:type="gramStart"/>
      <w:r w:rsidRPr="00F24FF1">
        <w:rPr>
          <w:rFonts w:ascii="標楷體" w:eastAsia="標楷體" w:hAnsi="標楷體"/>
          <w:lang w:eastAsia="zh-TW"/>
        </w:rPr>
        <w:t>＿＿＿＿＿＿＿＿＿＿＿＿＿＿＿＿＿＿＿＿</w:t>
      </w:r>
      <w:proofErr w:type="gramEnd"/>
      <w:r w:rsidRPr="00F24FF1">
        <w:rPr>
          <w:rFonts w:ascii="標楷體" w:eastAsia="標楷體" w:hAnsi="標楷體"/>
          <w:lang w:eastAsia="zh-TW"/>
        </w:rPr>
        <w:t>＿＿＿＿＿＿＿＿＿＿＿＿＿＿＿＿＿＿＿＿＿＿</w:t>
      </w:r>
    </w:p>
    <w:p w14:paraId="16627393" w14:textId="2CF79A8E" w:rsidR="00322EF8" w:rsidRDefault="00322EF8" w:rsidP="00964EE0">
      <w:pPr>
        <w:rPr>
          <w:rFonts w:ascii="標楷體" w:eastAsia="標楷體" w:hAnsi="標楷體"/>
          <w:sz w:val="20"/>
          <w:szCs w:val="20"/>
          <w:lang w:eastAsia="zh-TW"/>
        </w:rPr>
      </w:pPr>
      <w:r>
        <w:rPr>
          <w:rFonts w:ascii="標楷體" w:eastAsia="標楷體" w:hAnsi="標楷體"/>
          <w:lang w:eastAsia="zh-TW"/>
        </w:rPr>
        <w:t xml:space="preserve"> </w:t>
      </w:r>
      <w:r w:rsidR="00DC0BFB">
        <w:rPr>
          <w:rFonts w:ascii="標楷體" w:eastAsia="標楷體" w:hAnsi="標楷體" w:hint="eastAsia"/>
          <w:lang w:eastAsia="zh-TW"/>
        </w:rPr>
        <w:t xml:space="preserve"> </w:t>
      </w:r>
      <w:r w:rsidR="00346062">
        <w:rPr>
          <w:rFonts w:ascii="標楷體" w:eastAsia="標楷體" w:hAnsi="標楷體" w:hint="eastAsia"/>
          <w:lang w:eastAsia="zh-TW"/>
        </w:rPr>
        <w:t xml:space="preserve"> </w:t>
      </w:r>
      <w:proofErr w:type="gramStart"/>
      <w:r w:rsidRPr="001E7F81">
        <w:rPr>
          <w:rFonts w:ascii="標楷體" w:eastAsia="標楷體" w:hAnsi="標楷體" w:hint="eastAsia"/>
          <w:b/>
          <w:bCs/>
          <w:lang w:eastAsia="zh-TW"/>
        </w:rPr>
        <w:t>‧</w:t>
      </w:r>
      <w:proofErr w:type="gramEnd"/>
      <w:r w:rsidRPr="001E7F81">
        <w:rPr>
          <w:rFonts w:ascii="標楷體" w:eastAsia="標楷體" w:hAnsi="標楷體"/>
          <w:b/>
          <w:bCs/>
          <w:lang w:eastAsia="zh-TW"/>
        </w:rPr>
        <w:t>工作與表達能力</w:t>
      </w:r>
      <w:proofErr w:type="gramStart"/>
      <w:r w:rsidRPr="009F5DBB">
        <w:rPr>
          <w:rFonts w:ascii="標楷體" w:eastAsia="標楷體" w:hAnsi="標楷體"/>
          <w:lang w:eastAsia="zh-TW"/>
        </w:rPr>
        <w:t>（</w:t>
      </w:r>
      <w:proofErr w:type="gramEnd"/>
      <w:r w:rsidRPr="009F5DBB">
        <w:rPr>
          <w:rFonts w:ascii="標楷體" w:eastAsia="標楷體" w:hAnsi="標楷體"/>
          <w:lang w:eastAsia="zh-TW"/>
        </w:rPr>
        <w:t>如</w:t>
      </w:r>
      <w:r>
        <w:rPr>
          <w:rFonts w:ascii="標楷體" w:eastAsia="標楷體" w:hAnsi="標楷體"/>
          <w:lang w:eastAsia="zh-TW"/>
        </w:rPr>
        <w:t>:</w:t>
      </w:r>
      <w:r w:rsidRPr="009F5DBB">
        <w:rPr>
          <w:rFonts w:ascii="標楷體" w:eastAsia="標楷體" w:hAnsi="標楷體"/>
          <w:lang w:eastAsia="zh-TW"/>
        </w:rPr>
        <w:t>我在實習中是否能有效完成工作？表達上有哪些進步或困難？</w:t>
      </w:r>
      <w:r w:rsidRPr="00397825">
        <w:rPr>
          <w:rFonts w:ascii="標楷體" w:eastAsia="標楷體" w:hAnsi="標楷體"/>
          <w:sz w:val="20"/>
          <w:szCs w:val="20"/>
          <w:lang w:eastAsia="zh-TW"/>
        </w:rPr>
        <w:t>）</w:t>
      </w:r>
      <w:r>
        <w:rPr>
          <w:rFonts w:ascii="標楷體" w:eastAsia="標楷體" w:hAnsi="標楷體" w:hint="eastAsia"/>
          <w:sz w:val="20"/>
          <w:szCs w:val="20"/>
          <w:lang w:eastAsia="zh-TW"/>
        </w:rPr>
        <w:t xml:space="preserve"> </w:t>
      </w:r>
    </w:p>
    <w:p w14:paraId="03991F47" w14:textId="073B5D04" w:rsidR="009F5DBB" w:rsidRPr="001E7F81" w:rsidRDefault="001E7F81" w:rsidP="00964EE0">
      <w:pPr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</w:t>
      </w:r>
      <w:r w:rsidRPr="009F5DBB">
        <w:rPr>
          <w:rFonts w:ascii="標楷體" w:eastAsia="標楷體" w:hAnsi="標楷體" w:hint="eastAsia"/>
          <w:sz w:val="20"/>
          <w:szCs w:val="20"/>
          <w:lang w:eastAsia="zh-TW"/>
        </w:rPr>
        <w:t xml:space="preserve">  </w:t>
      </w:r>
      <w:r w:rsidR="00DC0BFB">
        <w:rPr>
          <w:rFonts w:ascii="標楷體" w:eastAsia="標楷體" w:hAnsi="標楷體" w:hint="eastAsia"/>
          <w:sz w:val="20"/>
          <w:szCs w:val="20"/>
          <w:lang w:eastAsia="zh-TW"/>
        </w:rPr>
        <w:t xml:space="preserve">  </w:t>
      </w:r>
      <w:proofErr w:type="gramStart"/>
      <w:r w:rsidRPr="00F24FF1">
        <w:rPr>
          <w:rFonts w:ascii="標楷體" w:eastAsia="標楷體" w:hAnsi="標楷體"/>
          <w:lang w:eastAsia="zh-TW"/>
        </w:rPr>
        <w:t>＿＿＿＿＿＿＿＿＿＿＿＿＿＿＿＿＿＿＿＿</w:t>
      </w:r>
      <w:proofErr w:type="gramEnd"/>
      <w:r w:rsidRPr="00F24FF1">
        <w:rPr>
          <w:rFonts w:ascii="標楷體" w:eastAsia="標楷體" w:hAnsi="標楷體"/>
          <w:lang w:eastAsia="zh-TW"/>
        </w:rPr>
        <w:t>＿＿＿＿＿＿＿＿＿＿＿＿＿＿＿＿＿＿＿＿＿＿</w:t>
      </w:r>
    </w:p>
    <w:p w14:paraId="4F046CFE" w14:textId="24812FC9" w:rsidR="00397825" w:rsidRPr="009D4DB9" w:rsidRDefault="00397825" w:rsidP="00964EE0">
      <w:pPr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</w:t>
      </w:r>
      <w:r w:rsidR="00346062">
        <w:rPr>
          <w:rFonts w:ascii="標楷體" w:eastAsia="標楷體" w:hAnsi="標楷體" w:hint="eastAsia"/>
          <w:lang w:eastAsia="zh-TW"/>
        </w:rPr>
        <w:t xml:space="preserve"> </w:t>
      </w:r>
      <w:r w:rsidR="00DC0BFB">
        <w:rPr>
          <w:rFonts w:ascii="標楷體" w:eastAsia="標楷體" w:hAnsi="標楷體" w:hint="eastAsia"/>
          <w:lang w:eastAsia="zh-TW"/>
        </w:rPr>
        <w:t xml:space="preserve"> </w:t>
      </w:r>
      <w:proofErr w:type="gramStart"/>
      <w:r w:rsidR="009F5DBB" w:rsidRPr="001E7F81">
        <w:rPr>
          <w:rFonts w:ascii="標楷體" w:eastAsia="標楷體" w:hAnsi="標楷體" w:hint="eastAsia"/>
          <w:b/>
          <w:bCs/>
          <w:lang w:eastAsia="zh-TW"/>
        </w:rPr>
        <w:t>‧</w:t>
      </w:r>
      <w:proofErr w:type="gramEnd"/>
      <w:r w:rsidR="009F5DBB" w:rsidRPr="001E7F81">
        <w:rPr>
          <w:rFonts w:ascii="標楷體" w:eastAsia="標楷體" w:hAnsi="標楷體"/>
          <w:b/>
          <w:bCs/>
          <w:lang w:eastAsia="zh-TW"/>
        </w:rPr>
        <w:t>團隊合作與人際關係</w:t>
      </w:r>
      <w:proofErr w:type="gramStart"/>
      <w:r w:rsidR="009D4DB9" w:rsidRPr="009D4DB9">
        <w:rPr>
          <w:rFonts w:ascii="標楷體" w:eastAsia="標楷體" w:hAnsi="標楷體"/>
          <w:lang w:eastAsia="zh-TW"/>
        </w:rPr>
        <w:t>（</w:t>
      </w:r>
      <w:proofErr w:type="gramEnd"/>
      <w:r w:rsidR="009D4DB9" w:rsidRPr="009D4DB9">
        <w:rPr>
          <w:rFonts w:ascii="標楷體" w:eastAsia="標楷體" w:hAnsi="標楷體"/>
          <w:lang w:eastAsia="zh-TW"/>
        </w:rPr>
        <w:t>如</w:t>
      </w:r>
      <w:r w:rsidR="009D4DB9">
        <w:rPr>
          <w:rFonts w:ascii="標楷體" w:eastAsia="標楷體" w:hAnsi="標楷體" w:hint="eastAsia"/>
          <w:lang w:eastAsia="zh-TW"/>
        </w:rPr>
        <w:t>:</w:t>
      </w:r>
      <w:r w:rsidR="009D4DB9" w:rsidRPr="009D4DB9">
        <w:rPr>
          <w:rFonts w:ascii="標楷體" w:eastAsia="標楷體" w:hAnsi="標楷體"/>
          <w:lang w:eastAsia="zh-TW"/>
        </w:rPr>
        <w:t>我在教會團隊中的配搭與相處情況及面對的挑戰</w:t>
      </w:r>
      <w:proofErr w:type="gramStart"/>
      <w:r w:rsidRPr="009D4DB9">
        <w:rPr>
          <w:rFonts w:ascii="標楷體" w:eastAsia="標楷體" w:hAnsi="標楷體"/>
          <w:lang w:eastAsia="zh-TW"/>
        </w:rPr>
        <w:t>）</w:t>
      </w:r>
      <w:proofErr w:type="gramEnd"/>
      <w:r w:rsidRPr="009D4DB9">
        <w:rPr>
          <w:rFonts w:ascii="標楷體" w:eastAsia="標楷體" w:hAnsi="標楷體" w:hint="eastAsia"/>
          <w:lang w:eastAsia="zh-TW"/>
        </w:rPr>
        <w:t xml:space="preserve">  </w:t>
      </w:r>
    </w:p>
    <w:p w14:paraId="5B863104" w14:textId="4D761D9F" w:rsidR="001E7F81" w:rsidRPr="001E7F81" w:rsidRDefault="001E7F81" w:rsidP="00964EE0">
      <w:pPr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</w:t>
      </w:r>
      <w:r w:rsidRPr="009F5DBB">
        <w:rPr>
          <w:rFonts w:ascii="標楷體" w:eastAsia="標楷體" w:hAnsi="標楷體" w:hint="eastAsia"/>
          <w:sz w:val="20"/>
          <w:szCs w:val="20"/>
          <w:lang w:eastAsia="zh-TW"/>
        </w:rPr>
        <w:t xml:space="preserve"> </w:t>
      </w:r>
      <w:r w:rsidR="00DC0BFB">
        <w:rPr>
          <w:rFonts w:ascii="標楷體" w:eastAsia="標楷體" w:hAnsi="標楷體" w:hint="eastAsia"/>
          <w:sz w:val="20"/>
          <w:szCs w:val="20"/>
          <w:lang w:eastAsia="zh-TW"/>
        </w:rPr>
        <w:t xml:space="preserve">  </w:t>
      </w:r>
      <w:r w:rsidRPr="009F5DBB">
        <w:rPr>
          <w:rFonts w:ascii="標楷體" w:eastAsia="標楷體" w:hAnsi="標楷體" w:hint="eastAsia"/>
          <w:sz w:val="20"/>
          <w:szCs w:val="20"/>
          <w:lang w:eastAsia="zh-TW"/>
        </w:rPr>
        <w:t xml:space="preserve"> </w:t>
      </w:r>
      <w:proofErr w:type="gramStart"/>
      <w:r w:rsidRPr="00F24FF1">
        <w:rPr>
          <w:rFonts w:ascii="標楷體" w:eastAsia="標楷體" w:hAnsi="標楷體"/>
          <w:lang w:eastAsia="zh-TW"/>
        </w:rPr>
        <w:t>＿＿＿＿＿＿＿＿＿＿＿＿＿＿＿＿＿＿＿＿</w:t>
      </w:r>
      <w:proofErr w:type="gramEnd"/>
      <w:r w:rsidRPr="00F24FF1">
        <w:rPr>
          <w:rFonts w:ascii="標楷體" w:eastAsia="標楷體" w:hAnsi="標楷體"/>
          <w:lang w:eastAsia="zh-TW"/>
        </w:rPr>
        <w:t>＿＿＿＿＿＿＿＿＿＿＿＿＿＿＿＿＿＿＿＿＿＿</w:t>
      </w:r>
    </w:p>
    <w:p w14:paraId="5C4AF6E7" w14:textId="1089EC49" w:rsidR="00964EE0" w:rsidRDefault="00DC0BFB" w:rsidP="00964EE0">
      <w:pPr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 </w:t>
      </w:r>
      <w:r w:rsidR="00397825">
        <w:rPr>
          <w:rFonts w:ascii="標楷體" w:eastAsia="標楷體" w:hAnsi="標楷體" w:hint="eastAsia"/>
          <w:lang w:eastAsia="zh-TW"/>
        </w:rPr>
        <w:t xml:space="preserve"> </w:t>
      </w:r>
      <w:proofErr w:type="gramStart"/>
      <w:r w:rsidR="00397825" w:rsidRPr="001E7F81">
        <w:rPr>
          <w:rFonts w:ascii="標楷體" w:eastAsia="標楷體" w:hAnsi="標楷體" w:hint="eastAsia"/>
          <w:b/>
          <w:bCs/>
          <w:lang w:eastAsia="zh-TW"/>
        </w:rPr>
        <w:t>‧</w:t>
      </w:r>
      <w:proofErr w:type="gramEnd"/>
      <w:r w:rsidR="009F5DBB" w:rsidRPr="001E7F81">
        <w:rPr>
          <w:rFonts w:ascii="標楷體" w:eastAsia="標楷體" w:hAnsi="標楷體"/>
          <w:b/>
          <w:bCs/>
          <w:lang w:eastAsia="zh-TW"/>
        </w:rPr>
        <w:t>態度與熱情</w:t>
      </w:r>
      <w:proofErr w:type="gramStart"/>
      <w:r w:rsidR="009F5DBB" w:rsidRPr="009F5DBB">
        <w:rPr>
          <w:rFonts w:ascii="標楷體" w:eastAsia="標楷體" w:hAnsi="標楷體"/>
          <w:lang w:eastAsia="zh-TW"/>
        </w:rPr>
        <w:t>（</w:t>
      </w:r>
      <w:proofErr w:type="gramEnd"/>
      <w:r w:rsidR="009F5DBB" w:rsidRPr="009F5DBB">
        <w:rPr>
          <w:rFonts w:ascii="標楷體" w:eastAsia="標楷體" w:hAnsi="標楷體"/>
          <w:lang w:eastAsia="zh-TW"/>
        </w:rPr>
        <w:t>如</w:t>
      </w:r>
      <w:r w:rsidR="00397825">
        <w:rPr>
          <w:rFonts w:ascii="標楷體" w:eastAsia="標楷體" w:hAnsi="標楷體"/>
          <w:lang w:eastAsia="zh-TW"/>
        </w:rPr>
        <w:t>:</w:t>
      </w:r>
      <w:r w:rsidR="009F5DBB" w:rsidRPr="009F5DBB">
        <w:rPr>
          <w:rFonts w:ascii="標楷體" w:eastAsia="標楷體" w:hAnsi="標楷體"/>
          <w:lang w:eastAsia="zh-TW"/>
        </w:rPr>
        <w:t>我是否守時且負責任？在服事上是否積極主動？有</w:t>
      </w:r>
      <w:proofErr w:type="gramStart"/>
      <w:r w:rsidR="009F5DBB" w:rsidRPr="009F5DBB">
        <w:rPr>
          <w:rFonts w:ascii="標楷體" w:eastAsia="標楷體" w:hAnsi="標楷體"/>
          <w:lang w:eastAsia="zh-TW"/>
        </w:rPr>
        <w:t>哪些反思</w:t>
      </w:r>
      <w:proofErr w:type="gramEnd"/>
      <w:r w:rsidR="009F5DBB" w:rsidRPr="009F5DBB">
        <w:rPr>
          <w:rFonts w:ascii="標楷體" w:eastAsia="標楷體" w:hAnsi="標楷體"/>
          <w:lang w:eastAsia="zh-TW"/>
        </w:rPr>
        <w:t>？）</w:t>
      </w:r>
    </w:p>
    <w:p w14:paraId="11B697F1" w14:textId="59929F05" w:rsidR="001E7F81" w:rsidRPr="001E7F81" w:rsidRDefault="00964EE0" w:rsidP="00964EE0">
      <w:pPr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  </w:t>
      </w:r>
      <w:r w:rsidR="00DC0BFB">
        <w:rPr>
          <w:rFonts w:ascii="標楷體" w:eastAsia="標楷體" w:hAnsi="標楷體" w:hint="eastAsia"/>
          <w:lang w:eastAsia="zh-TW"/>
        </w:rPr>
        <w:t xml:space="preserve">  </w:t>
      </w:r>
      <w:proofErr w:type="gramStart"/>
      <w:r w:rsidR="001E7F81" w:rsidRPr="00F24FF1">
        <w:rPr>
          <w:rFonts w:ascii="標楷體" w:eastAsia="標楷體" w:hAnsi="標楷體"/>
          <w:lang w:eastAsia="zh-TW"/>
        </w:rPr>
        <w:t>＿＿＿＿＿＿＿＿＿＿＿＿＿＿＿＿＿＿＿＿</w:t>
      </w:r>
      <w:proofErr w:type="gramEnd"/>
      <w:r w:rsidR="001E7F81" w:rsidRPr="00F24FF1">
        <w:rPr>
          <w:rFonts w:ascii="標楷體" w:eastAsia="標楷體" w:hAnsi="標楷體"/>
          <w:lang w:eastAsia="zh-TW"/>
        </w:rPr>
        <w:t>＿＿＿＿＿＿＿＿＿＿＿＿＿＿＿＿＿＿＿＿＿＿</w:t>
      </w:r>
    </w:p>
    <w:p w14:paraId="4ADEA26B" w14:textId="31F1282E" w:rsidR="0027194F" w:rsidRPr="00397825" w:rsidRDefault="000A61FF" w:rsidP="009F5DBB">
      <w:pPr>
        <w:rPr>
          <w:rFonts w:ascii="標楷體" w:eastAsia="標楷體" w:hAnsi="標楷體"/>
          <w:b/>
          <w:bCs/>
          <w:sz w:val="24"/>
          <w:szCs w:val="24"/>
          <w:lang w:eastAsia="zh-TW"/>
        </w:rPr>
      </w:pPr>
      <w:r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 xml:space="preserve"> </w:t>
      </w:r>
      <w:r w:rsidR="00397825" w:rsidRPr="00397825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五、</w:t>
      </w:r>
      <w:r w:rsidRPr="00397825">
        <w:rPr>
          <w:rFonts w:ascii="標楷體" w:eastAsia="標楷體" w:hAnsi="標楷體"/>
          <w:b/>
          <w:bCs/>
          <w:sz w:val="24"/>
          <w:szCs w:val="24"/>
          <w:lang w:eastAsia="zh-TW"/>
        </w:rPr>
        <w:t>自我期許</w:t>
      </w:r>
      <w:r w:rsidR="00397825" w:rsidRPr="00397825">
        <w:rPr>
          <w:rFonts w:ascii="標楷體" w:eastAsia="標楷體" w:hAnsi="標楷體"/>
          <w:b/>
          <w:bCs/>
          <w:sz w:val="24"/>
          <w:szCs w:val="24"/>
          <w:lang w:eastAsia="zh-TW"/>
        </w:rPr>
        <w:t>（請簡述本學期的反省與未來目標）</w:t>
      </w:r>
    </w:p>
    <w:p w14:paraId="3FF76CD3" w14:textId="26D73D2C" w:rsidR="001E7F81" w:rsidRDefault="001E7F81" w:rsidP="00964EE0">
      <w:pPr>
        <w:spacing w:line="360" w:lineRule="auto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</w:t>
      </w:r>
      <w:r w:rsidRPr="009F5DBB">
        <w:rPr>
          <w:rFonts w:ascii="標楷體" w:eastAsia="標楷體" w:hAnsi="標楷體" w:hint="eastAsia"/>
          <w:sz w:val="20"/>
          <w:szCs w:val="20"/>
          <w:lang w:eastAsia="zh-TW"/>
        </w:rPr>
        <w:t xml:space="preserve"> </w:t>
      </w:r>
      <w:r w:rsidR="00DC0BFB">
        <w:rPr>
          <w:rFonts w:ascii="標楷體" w:eastAsia="標楷體" w:hAnsi="標楷體" w:hint="eastAsia"/>
          <w:sz w:val="20"/>
          <w:szCs w:val="20"/>
          <w:lang w:eastAsia="zh-TW"/>
        </w:rPr>
        <w:t xml:space="preserve"> </w:t>
      </w:r>
      <w:r w:rsidR="000A61FF">
        <w:rPr>
          <w:rFonts w:ascii="標楷體" w:eastAsia="標楷體" w:hAnsi="標楷體" w:hint="eastAsia"/>
          <w:sz w:val="20"/>
          <w:szCs w:val="20"/>
          <w:lang w:eastAsia="zh-TW"/>
        </w:rPr>
        <w:t xml:space="preserve"> </w:t>
      </w:r>
      <w:r w:rsidRPr="009F5DBB">
        <w:rPr>
          <w:rFonts w:ascii="標楷體" w:eastAsia="標楷體" w:hAnsi="標楷體" w:hint="eastAsia"/>
          <w:sz w:val="20"/>
          <w:szCs w:val="20"/>
          <w:lang w:eastAsia="zh-TW"/>
        </w:rPr>
        <w:t xml:space="preserve"> </w:t>
      </w:r>
      <w:proofErr w:type="gramStart"/>
      <w:r w:rsidRPr="00F24FF1">
        <w:rPr>
          <w:rFonts w:ascii="標楷體" w:eastAsia="標楷體" w:hAnsi="標楷體"/>
          <w:lang w:eastAsia="zh-TW"/>
        </w:rPr>
        <w:t>＿＿＿＿＿＿＿＿＿＿＿＿＿＿＿＿＿＿＿＿</w:t>
      </w:r>
      <w:proofErr w:type="gramEnd"/>
      <w:r w:rsidRPr="00F24FF1">
        <w:rPr>
          <w:rFonts w:ascii="標楷體" w:eastAsia="標楷體" w:hAnsi="標楷體"/>
          <w:lang w:eastAsia="zh-TW"/>
        </w:rPr>
        <w:t>＿＿＿＿＿＿＿＿＿＿＿＿＿＿＿＿＿＿＿＿＿＿</w:t>
      </w:r>
    </w:p>
    <w:p w14:paraId="2356BFF4" w14:textId="2A528BB1" w:rsidR="001E7F81" w:rsidRDefault="001E7F81" w:rsidP="00964EE0">
      <w:pPr>
        <w:spacing w:line="360" w:lineRule="auto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</w:t>
      </w:r>
      <w:r w:rsidRPr="009F5DBB">
        <w:rPr>
          <w:rFonts w:ascii="標楷體" w:eastAsia="標楷體" w:hAnsi="標楷體" w:hint="eastAsia"/>
          <w:sz w:val="20"/>
          <w:szCs w:val="20"/>
          <w:lang w:eastAsia="zh-TW"/>
        </w:rPr>
        <w:t xml:space="preserve"> </w:t>
      </w:r>
      <w:r w:rsidR="00DC0BFB">
        <w:rPr>
          <w:rFonts w:ascii="標楷體" w:eastAsia="標楷體" w:hAnsi="標楷體" w:hint="eastAsia"/>
          <w:sz w:val="20"/>
          <w:szCs w:val="20"/>
          <w:lang w:eastAsia="zh-TW"/>
        </w:rPr>
        <w:t xml:space="preserve"> </w:t>
      </w:r>
      <w:r w:rsidRPr="009F5DBB">
        <w:rPr>
          <w:rFonts w:ascii="標楷體" w:eastAsia="標楷體" w:hAnsi="標楷體" w:hint="eastAsia"/>
          <w:sz w:val="20"/>
          <w:szCs w:val="20"/>
          <w:lang w:eastAsia="zh-TW"/>
        </w:rPr>
        <w:t xml:space="preserve"> </w:t>
      </w:r>
      <w:r w:rsidR="000A61FF">
        <w:rPr>
          <w:rFonts w:ascii="標楷體" w:eastAsia="標楷體" w:hAnsi="標楷體" w:hint="eastAsia"/>
          <w:sz w:val="20"/>
          <w:szCs w:val="20"/>
          <w:lang w:eastAsia="zh-TW"/>
        </w:rPr>
        <w:t xml:space="preserve"> </w:t>
      </w:r>
      <w:proofErr w:type="gramStart"/>
      <w:r w:rsidRPr="00F24FF1">
        <w:rPr>
          <w:rFonts w:ascii="標楷體" w:eastAsia="標楷體" w:hAnsi="標楷體"/>
          <w:lang w:eastAsia="zh-TW"/>
        </w:rPr>
        <w:t>＿＿＿＿＿＿＿＿＿＿＿＿＿＿＿＿＿＿＿＿</w:t>
      </w:r>
      <w:proofErr w:type="gramEnd"/>
      <w:r w:rsidRPr="00F24FF1">
        <w:rPr>
          <w:rFonts w:ascii="標楷體" w:eastAsia="標楷體" w:hAnsi="標楷體"/>
          <w:lang w:eastAsia="zh-TW"/>
        </w:rPr>
        <w:t>＿＿＿＿＿＿＿＿＿＿＿＿＿＿＿＿＿＿＿＿＿＿</w:t>
      </w:r>
    </w:p>
    <w:p w14:paraId="4AE8146B" w14:textId="3BC5BC73" w:rsidR="006418A7" w:rsidRPr="006418A7" w:rsidRDefault="00397825" w:rsidP="006418A7">
      <w:pPr>
        <w:spacing w:line="360" w:lineRule="auto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</w:t>
      </w:r>
      <w:r w:rsidR="001E7F81">
        <w:rPr>
          <w:rFonts w:ascii="標楷體" w:eastAsia="標楷體" w:hAnsi="標楷體" w:hint="eastAsia"/>
          <w:lang w:eastAsia="zh-TW"/>
        </w:rPr>
        <w:t xml:space="preserve"> </w:t>
      </w:r>
      <w:r w:rsidR="00DC0BFB">
        <w:rPr>
          <w:rFonts w:ascii="標楷體" w:eastAsia="標楷體" w:hAnsi="標楷體" w:hint="eastAsia"/>
          <w:lang w:eastAsia="zh-TW"/>
        </w:rPr>
        <w:t xml:space="preserve"> </w:t>
      </w:r>
      <w:r w:rsidR="001E7F81">
        <w:rPr>
          <w:rFonts w:ascii="標楷體" w:eastAsia="標楷體" w:hAnsi="標楷體" w:hint="eastAsia"/>
          <w:sz w:val="20"/>
          <w:szCs w:val="20"/>
          <w:lang w:eastAsia="zh-TW"/>
        </w:rPr>
        <w:t xml:space="preserve"> </w:t>
      </w:r>
      <w:r w:rsidR="000A61FF">
        <w:rPr>
          <w:rFonts w:ascii="標楷體" w:eastAsia="標楷體" w:hAnsi="標楷體" w:hint="eastAsia"/>
          <w:sz w:val="20"/>
          <w:szCs w:val="20"/>
          <w:lang w:eastAsia="zh-TW"/>
        </w:rPr>
        <w:t xml:space="preserve"> </w:t>
      </w:r>
      <w:proofErr w:type="gramStart"/>
      <w:r w:rsidR="001E7F81" w:rsidRPr="00F24FF1">
        <w:rPr>
          <w:rFonts w:ascii="標楷體" w:eastAsia="標楷體" w:hAnsi="標楷體"/>
          <w:lang w:eastAsia="zh-TW"/>
        </w:rPr>
        <w:t>＿＿＿＿＿＿＿＿＿＿＿＿＿＿＿＿＿＿＿＿</w:t>
      </w:r>
      <w:proofErr w:type="gramEnd"/>
      <w:r w:rsidR="001E7F81" w:rsidRPr="00F24FF1">
        <w:rPr>
          <w:rFonts w:ascii="標楷體" w:eastAsia="標楷體" w:hAnsi="標楷體"/>
          <w:lang w:eastAsia="zh-TW"/>
        </w:rPr>
        <w:t>＿＿＿＿＿＿＿＿＿＿＿＿＿＿＿＿＿＿＿＿＿＿</w:t>
      </w:r>
      <w:r w:rsidR="00DC0BFB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 xml:space="preserve"> </w:t>
      </w:r>
    </w:p>
    <w:p w14:paraId="2A8DB4CC" w14:textId="2B936C93" w:rsidR="006418A7" w:rsidRPr="006C5485" w:rsidRDefault="009D4DB9" w:rsidP="006418A7">
      <w:pPr>
        <w:jc w:val="center"/>
        <w:rPr>
          <w:rFonts w:ascii="標楷體" w:eastAsia="標楷體" w:hAnsi="標楷體"/>
          <w:b/>
          <w:bCs/>
          <w:shd w:val="pct15" w:color="auto" w:fill="FFFFFF"/>
          <w:lang w:eastAsia="zh-TW"/>
        </w:rPr>
      </w:pPr>
      <w:r>
        <w:rPr>
          <w:rFonts w:ascii="Segoe UI Emoji" w:eastAsia="標楷體" w:hAnsi="Segoe UI Emoji" w:cs="Segoe UI Emoji" w:hint="eastAsia"/>
          <w:b/>
          <w:bCs/>
          <w:lang w:eastAsia="zh-TW"/>
        </w:rPr>
        <w:t xml:space="preserve">     </w:t>
      </w:r>
      <w:r w:rsidRPr="009D4DB9">
        <w:rPr>
          <w:rFonts w:ascii="Segoe UI Emoji" w:eastAsia="標楷體" w:hAnsi="Segoe UI Emoji" w:cs="Segoe UI Emoji" w:hint="eastAsia"/>
          <w:b/>
          <w:bCs/>
          <w:lang w:eastAsia="zh-TW"/>
        </w:rPr>
        <w:t xml:space="preserve"> </w:t>
      </w:r>
      <w:r w:rsidR="006418A7" w:rsidRPr="006C5485">
        <w:rPr>
          <w:rFonts w:ascii="Segoe UI Emoji" w:eastAsia="標楷體" w:hAnsi="Segoe UI Emoji" w:cs="Segoe UI Emoji"/>
          <w:b/>
          <w:bCs/>
          <w:shd w:val="pct15" w:color="auto" w:fill="FFFFFF"/>
          <w:lang w:eastAsia="zh-TW"/>
        </w:rPr>
        <w:t>📌</w:t>
      </w:r>
      <w:r w:rsidR="006418A7" w:rsidRPr="006C5485">
        <w:rPr>
          <w:rFonts w:ascii="標楷體" w:eastAsia="標楷體" w:hAnsi="標楷體" w:hint="eastAsia"/>
          <w:b/>
          <w:bCs/>
          <w:shd w:val="pct15" w:color="auto" w:fill="FFFFFF"/>
          <w:lang w:eastAsia="zh-TW"/>
        </w:rPr>
        <w:t>學生</w:t>
      </w:r>
      <w:r w:rsidR="006418A7" w:rsidRPr="006C5485">
        <w:rPr>
          <w:rFonts w:ascii="標楷體" w:eastAsia="標楷體" w:hAnsi="標楷體"/>
          <w:b/>
          <w:bCs/>
          <w:shd w:val="pct15" w:color="auto" w:fill="FFFFFF"/>
          <w:lang w:eastAsia="zh-TW"/>
        </w:rPr>
        <w:t>填寫完成後，請直接交至學務處，無須自行交給輔導老師。</w:t>
      </w:r>
    </w:p>
    <w:p w14:paraId="3A7FB3F8" w14:textId="0B9F370B" w:rsidR="0027194F" w:rsidRPr="006418A7" w:rsidRDefault="000A61FF">
      <w:pPr>
        <w:rPr>
          <w:rFonts w:ascii="標楷體" w:eastAsia="標楷體" w:hAnsi="標楷體"/>
          <w:b/>
          <w:bCs/>
          <w:sz w:val="24"/>
          <w:szCs w:val="24"/>
          <w:lang w:eastAsia="zh-TW"/>
        </w:rPr>
      </w:pPr>
      <w:r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 xml:space="preserve"> </w:t>
      </w:r>
      <w:r w:rsidR="006418A7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 xml:space="preserve"> </w:t>
      </w:r>
      <w:r w:rsidR="00397825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六、</w:t>
      </w:r>
      <w:r w:rsidR="00397825" w:rsidRPr="00397825">
        <w:rPr>
          <w:rFonts w:ascii="標楷體" w:eastAsia="標楷體" w:hAnsi="標楷體"/>
          <w:b/>
          <w:bCs/>
          <w:sz w:val="24"/>
          <w:szCs w:val="24"/>
          <w:lang w:eastAsia="zh-TW"/>
        </w:rPr>
        <w:t>輔導老師</w:t>
      </w:r>
      <w:r w:rsidR="006418A7">
        <w:rPr>
          <w:rFonts w:ascii="標楷體" w:eastAsia="標楷體" w:hAnsi="標楷體" w:hint="eastAsia"/>
          <w:b/>
          <w:bCs/>
          <w:sz w:val="24"/>
          <w:szCs w:val="24"/>
          <w:lang w:eastAsia="zh-TW"/>
        </w:rPr>
        <w:t>整體</w:t>
      </w:r>
      <w:r w:rsidR="00397825" w:rsidRPr="00397825">
        <w:rPr>
          <w:rFonts w:ascii="標楷體" w:eastAsia="標楷體" w:hAnsi="標楷體"/>
          <w:b/>
          <w:bCs/>
          <w:sz w:val="24"/>
          <w:szCs w:val="24"/>
          <w:lang w:eastAsia="zh-TW"/>
        </w:rPr>
        <w:t>評語</w:t>
      </w:r>
      <w:r w:rsidR="00397825" w:rsidRPr="006418A7">
        <w:rPr>
          <w:rFonts w:ascii="標楷體" w:eastAsia="標楷體" w:hAnsi="標楷體"/>
          <w:b/>
          <w:bCs/>
          <w:sz w:val="24"/>
          <w:szCs w:val="24"/>
          <w:lang w:eastAsia="zh-TW"/>
        </w:rPr>
        <w:t>（由輔導老師填寫）</w:t>
      </w:r>
    </w:p>
    <w:p w14:paraId="6E4B7776" w14:textId="760F5BA9" w:rsidR="00964EE0" w:rsidRDefault="00964EE0" w:rsidP="00964EE0">
      <w:pPr>
        <w:spacing w:line="360" w:lineRule="auto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</w:t>
      </w:r>
      <w:r w:rsidRPr="009F5DBB">
        <w:rPr>
          <w:rFonts w:ascii="標楷體" w:eastAsia="標楷體" w:hAnsi="標楷體" w:hint="eastAsia"/>
          <w:sz w:val="20"/>
          <w:szCs w:val="20"/>
          <w:lang w:eastAsia="zh-TW"/>
        </w:rPr>
        <w:t xml:space="preserve">  </w:t>
      </w:r>
      <w:r w:rsidR="000A61FF">
        <w:rPr>
          <w:rFonts w:ascii="標楷體" w:eastAsia="標楷體" w:hAnsi="標楷體" w:hint="eastAsia"/>
          <w:sz w:val="20"/>
          <w:szCs w:val="20"/>
          <w:lang w:eastAsia="zh-TW"/>
        </w:rPr>
        <w:t xml:space="preserve"> </w:t>
      </w:r>
      <w:r w:rsidR="006418A7">
        <w:rPr>
          <w:rFonts w:ascii="標楷體" w:eastAsia="標楷體" w:hAnsi="標楷體" w:hint="eastAsia"/>
          <w:sz w:val="20"/>
          <w:szCs w:val="20"/>
          <w:lang w:eastAsia="zh-TW"/>
        </w:rPr>
        <w:t xml:space="preserve"> </w:t>
      </w:r>
      <w:r w:rsidR="00DC0BFB">
        <w:rPr>
          <w:rFonts w:ascii="標楷體" w:eastAsia="標楷體" w:hAnsi="標楷體" w:hint="eastAsia"/>
          <w:sz w:val="20"/>
          <w:szCs w:val="20"/>
          <w:lang w:eastAsia="zh-TW"/>
        </w:rPr>
        <w:t xml:space="preserve"> </w:t>
      </w:r>
      <w:proofErr w:type="gramStart"/>
      <w:r w:rsidRPr="00F24FF1">
        <w:rPr>
          <w:rFonts w:ascii="標楷體" w:eastAsia="標楷體" w:hAnsi="標楷體"/>
          <w:lang w:eastAsia="zh-TW"/>
        </w:rPr>
        <w:t>＿＿＿＿＿＿＿＿＿＿＿＿＿＿＿＿＿＿＿＿</w:t>
      </w:r>
      <w:proofErr w:type="gramEnd"/>
      <w:r w:rsidRPr="00F24FF1">
        <w:rPr>
          <w:rFonts w:ascii="標楷體" w:eastAsia="標楷體" w:hAnsi="標楷體"/>
          <w:lang w:eastAsia="zh-TW"/>
        </w:rPr>
        <w:t>＿＿＿＿＿＿＿＿＿＿＿＿＿＿＿＿＿＿＿＿＿＿</w:t>
      </w:r>
    </w:p>
    <w:p w14:paraId="6032D157" w14:textId="463C6B37" w:rsidR="00964EE0" w:rsidRDefault="00964EE0" w:rsidP="00964EE0">
      <w:pPr>
        <w:spacing w:line="360" w:lineRule="auto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hint="eastAsia"/>
          <w:lang w:eastAsia="zh-TW"/>
        </w:rPr>
        <w:t xml:space="preserve"> </w:t>
      </w:r>
      <w:r w:rsidRPr="009F5DBB">
        <w:rPr>
          <w:rFonts w:ascii="標楷體" w:eastAsia="標楷體" w:hAnsi="標楷體" w:hint="eastAsia"/>
          <w:sz w:val="20"/>
          <w:szCs w:val="20"/>
          <w:lang w:eastAsia="zh-TW"/>
        </w:rPr>
        <w:t xml:space="preserve">  </w:t>
      </w:r>
      <w:r w:rsidR="000A61FF">
        <w:rPr>
          <w:rFonts w:ascii="標楷體" w:eastAsia="標楷體" w:hAnsi="標楷體" w:hint="eastAsia"/>
          <w:sz w:val="20"/>
          <w:szCs w:val="20"/>
          <w:lang w:eastAsia="zh-TW"/>
        </w:rPr>
        <w:t xml:space="preserve"> </w:t>
      </w:r>
      <w:r w:rsidR="006418A7">
        <w:rPr>
          <w:rFonts w:ascii="標楷體" w:eastAsia="標楷體" w:hAnsi="標楷體" w:hint="eastAsia"/>
          <w:sz w:val="20"/>
          <w:szCs w:val="20"/>
          <w:lang w:eastAsia="zh-TW"/>
        </w:rPr>
        <w:t xml:space="preserve"> </w:t>
      </w:r>
      <w:r w:rsidR="00DC0BFB">
        <w:rPr>
          <w:rFonts w:ascii="標楷體" w:eastAsia="標楷體" w:hAnsi="標楷體" w:hint="eastAsia"/>
          <w:sz w:val="20"/>
          <w:szCs w:val="20"/>
          <w:lang w:eastAsia="zh-TW"/>
        </w:rPr>
        <w:t xml:space="preserve"> </w:t>
      </w:r>
      <w:proofErr w:type="gramStart"/>
      <w:r w:rsidRPr="00F24FF1">
        <w:rPr>
          <w:rFonts w:ascii="標楷體" w:eastAsia="標楷體" w:hAnsi="標楷體"/>
          <w:lang w:eastAsia="zh-TW"/>
        </w:rPr>
        <w:t>＿＿＿＿＿＿＿＿＿＿＿＿＿＿＿＿＿＿＿＿</w:t>
      </w:r>
      <w:proofErr w:type="gramEnd"/>
      <w:r w:rsidRPr="00F24FF1">
        <w:rPr>
          <w:rFonts w:ascii="標楷體" w:eastAsia="標楷體" w:hAnsi="標楷體"/>
          <w:lang w:eastAsia="zh-TW"/>
        </w:rPr>
        <w:t>＿＿＿＿＿＿＿＿＿＿＿＿＿＿＿＿＿＿＿＿＿＿</w:t>
      </w:r>
    </w:p>
    <w:p w14:paraId="66616DCF" w14:textId="792F50FE" w:rsidR="00397825" w:rsidRPr="00964EE0" w:rsidRDefault="00964EE0" w:rsidP="00964EE0">
      <w:pPr>
        <w:spacing w:line="360" w:lineRule="auto"/>
        <w:rPr>
          <w:rFonts w:ascii="標楷體" w:eastAsia="標楷體" w:hAnsi="標楷體"/>
          <w:lang w:eastAsia="zh-TW"/>
        </w:rPr>
      </w:pPr>
      <w:r w:rsidRPr="000A61FF">
        <w:rPr>
          <w:rFonts w:ascii="標楷體" w:eastAsia="標楷體" w:hAnsi="標楷體" w:hint="eastAsia"/>
          <w:lang w:eastAsia="zh-TW"/>
        </w:rPr>
        <w:t xml:space="preserve">  </w:t>
      </w:r>
      <w:r w:rsidR="000A61FF" w:rsidRPr="000A61FF">
        <w:rPr>
          <w:rFonts w:ascii="標楷體" w:eastAsia="標楷體" w:hAnsi="標楷體" w:hint="eastAsia"/>
          <w:lang w:eastAsia="zh-TW"/>
        </w:rPr>
        <w:t xml:space="preserve">  </w:t>
      </w:r>
      <w:r w:rsidR="000A61FF" w:rsidRPr="000A61FF">
        <w:rPr>
          <w:rFonts w:ascii="標楷體" w:eastAsia="標楷體" w:hAnsi="標楷體" w:hint="eastAsia"/>
          <w:sz w:val="18"/>
          <w:szCs w:val="18"/>
          <w:lang w:eastAsia="zh-TW"/>
        </w:rPr>
        <w:t xml:space="preserve">  </w:t>
      </w:r>
      <w:proofErr w:type="gramStart"/>
      <w:r w:rsidR="000A61FF" w:rsidRPr="00F24FF1">
        <w:rPr>
          <w:rFonts w:ascii="標楷體" w:eastAsia="標楷體" w:hAnsi="標楷體"/>
          <w:lang w:eastAsia="zh-TW"/>
        </w:rPr>
        <w:t>＿＿</w:t>
      </w:r>
      <w:r w:rsidRPr="00F24FF1">
        <w:rPr>
          <w:rFonts w:ascii="標楷體" w:eastAsia="標楷體" w:hAnsi="標楷體"/>
          <w:lang w:eastAsia="zh-TW"/>
        </w:rPr>
        <w:t>＿</w:t>
      </w:r>
      <w:r w:rsidR="000A61FF" w:rsidRPr="00F24FF1">
        <w:rPr>
          <w:rFonts w:ascii="標楷體" w:eastAsia="標楷體" w:hAnsi="標楷體"/>
          <w:lang w:eastAsia="zh-TW"/>
        </w:rPr>
        <w:t>＿＿</w:t>
      </w:r>
      <w:r w:rsidRPr="00F24FF1">
        <w:rPr>
          <w:rFonts w:ascii="標楷體" w:eastAsia="標楷體" w:hAnsi="標楷體"/>
          <w:lang w:eastAsia="zh-TW"/>
        </w:rPr>
        <w:t>＿＿＿＿＿＿＿＿＿＿＿＿＿＿＿</w:t>
      </w:r>
      <w:proofErr w:type="gramEnd"/>
      <w:r w:rsidRPr="00F24FF1">
        <w:rPr>
          <w:rFonts w:ascii="標楷體" w:eastAsia="標楷體" w:hAnsi="標楷體"/>
          <w:lang w:eastAsia="zh-TW"/>
        </w:rPr>
        <w:t>＿＿＿＿＿＿＿＿＿＿＿＿＿＿＿＿＿＿＿＿＿</w:t>
      </w:r>
      <w:r w:rsidR="000A61FF" w:rsidRPr="00F24FF1">
        <w:rPr>
          <w:rFonts w:ascii="標楷體" w:eastAsia="標楷體" w:hAnsi="標楷體"/>
          <w:lang w:eastAsia="zh-TW"/>
        </w:rPr>
        <w:t>＿</w:t>
      </w:r>
    </w:p>
    <w:sectPr w:rsidR="00397825" w:rsidRPr="00964EE0" w:rsidSect="006418A7">
      <w:headerReference w:type="default" r:id="rId8"/>
      <w:footerReference w:type="default" r:id="rId9"/>
      <w:pgSz w:w="12240" w:h="15840"/>
      <w:pgMar w:top="1418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3BB72" w14:textId="77777777" w:rsidR="008E2EB7" w:rsidRDefault="008E2EB7" w:rsidP="00397825">
      <w:pPr>
        <w:spacing w:after="0" w:line="240" w:lineRule="auto"/>
      </w:pPr>
      <w:r>
        <w:separator/>
      </w:r>
    </w:p>
  </w:endnote>
  <w:endnote w:type="continuationSeparator" w:id="0">
    <w:p w14:paraId="429C5155" w14:textId="77777777" w:rsidR="008E2EB7" w:rsidRDefault="008E2EB7" w:rsidP="003978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subsetted="1" w:fontKey="{AFD1998A-A324-40A7-A57F-90D584870683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2CA86353-3842-427A-8F50-D9597B334133}"/>
    <w:embedBold r:id="rId3" w:subsetted="1" w:fontKey="{8F55D35A-A9A3-47C0-85DC-BC573A6AF62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Bold r:id="rId4" w:subsetted="1" w:fontKey="{60EF5F9E-C1E0-47AE-AD65-FFA2CCA245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7508233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b/>
        <w:bCs/>
      </w:rPr>
    </w:sdtEndPr>
    <w:sdtContent>
      <w:p w14:paraId="6E6341BF" w14:textId="736D3CF9" w:rsidR="00397825" w:rsidRPr="00346062" w:rsidRDefault="00397825">
        <w:pPr>
          <w:pStyle w:val="a7"/>
          <w:jc w:val="center"/>
          <w:rPr>
            <w:rFonts w:ascii="Times New Roman" w:hAnsi="Times New Roman" w:cs="Times New Roman"/>
            <w:b/>
            <w:bCs/>
          </w:rPr>
        </w:pPr>
        <w:r w:rsidRPr="00346062">
          <w:rPr>
            <w:rFonts w:ascii="Times New Roman" w:hAnsi="Times New Roman" w:cs="Times New Roman"/>
            <w:b/>
            <w:bCs/>
          </w:rPr>
          <w:fldChar w:fldCharType="begin"/>
        </w:r>
        <w:r w:rsidRPr="00346062">
          <w:rPr>
            <w:rFonts w:ascii="Times New Roman" w:hAnsi="Times New Roman" w:cs="Times New Roman"/>
            <w:b/>
            <w:bCs/>
          </w:rPr>
          <w:instrText>PAGE   \* MERGEFORMAT</w:instrText>
        </w:r>
        <w:r w:rsidRPr="00346062">
          <w:rPr>
            <w:rFonts w:ascii="Times New Roman" w:hAnsi="Times New Roman" w:cs="Times New Roman"/>
            <w:b/>
            <w:bCs/>
          </w:rPr>
          <w:fldChar w:fldCharType="separate"/>
        </w:r>
        <w:r w:rsidRPr="00346062">
          <w:rPr>
            <w:rFonts w:ascii="Times New Roman" w:hAnsi="Times New Roman" w:cs="Times New Roman"/>
            <w:b/>
            <w:bCs/>
            <w:lang w:val="zh-TW" w:eastAsia="zh-TW"/>
          </w:rPr>
          <w:t>2</w:t>
        </w:r>
        <w:r w:rsidRPr="00346062">
          <w:rPr>
            <w:rFonts w:ascii="Times New Roman" w:hAnsi="Times New Roman" w:cs="Times New Roman"/>
            <w:b/>
            <w:bCs/>
          </w:rPr>
          <w:fldChar w:fldCharType="end"/>
        </w:r>
      </w:p>
    </w:sdtContent>
  </w:sdt>
  <w:p w14:paraId="5D401776" w14:textId="77777777" w:rsidR="00397825" w:rsidRDefault="0039782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33BF7A" w14:textId="77777777" w:rsidR="008E2EB7" w:rsidRDefault="008E2EB7" w:rsidP="00397825">
      <w:pPr>
        <w:spacing w:after="0" w:line="240" w:lineRule="auto"/>
      </w:pPr>
      <w:r>
        <w:separator/>
      </w:r>
    </w:p>
  </w:footnote>
  <w:footnote w:type="continuationSeparator" w:id="0">
    <w:p w14:paraId="0B81DFFF" w14:textId="77777777" w:rsidR="008E2EB7" w:rsidRDefault="008E2EB7" w:rsidP="003978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C41E5" w14:textId="4E5B82C3" w:rsidR="00964EE0" w:rsidRPr="007C10AF" w:rsidRDefault="007C10AF" w:rsidP="007C10AF">
    <w:pPr>
      <w:pStyle w:val="a5"/>
      <w:jc w:val="right"/>
    </w:pPr>
    <w:r>
      <w:rPr>
        <w:rFonts w:ascii="Times New Roman" w:eastAsia="標楷體" w:hAnsi="Times New Roman" w:cs="Times New Roman" w:hint="eastAsia"/>
        <w:b/>
        <w:bCs/>
        <w:sz w:val="20"/>
        <w:szCs w:val="14"/>
        <w:lang w:eastAsia="zh-TW"/>
      </w:rPr>
      <w:t xml:space="preserve"> </w:t>
    </w:r>
    <w:r w:rsidRPr="007C10AF">
      <w:rPr>
        <w:rFonts w:ascii="Times New Roman" w:eastAsia="標楷體" w:hAnsi="Times New Roman" w:cs="Times New Roman" w:hint="eastAsia"/>
        <w:b/>
        <w:bCs/>
        <w:sz w:val="20"/>
        <w:szCs w:val="14"/>
        <w:lang w:eastAsia="zh-TW"/>
      </w:rPr>
      <w:t>2025.07.17</w:t>
    </w:r>
    <w:r w:rsidRPr="007C10AF">
      <w:rPr>
        <w:rFonts w:ascii="Times New Roman" w:eastAsia="標楷體" w:hAnsi="Times New Roman" w:cs="Times New Roman" w:hint="eastAsia"/>
        <w:b/>
        <w:bCs/>
        <w:sz w:val="20"/>
        <w:szCs w:val="14"/>
        <w:lang w:eastAsia="zh-TW"/>
      </w:rPr>
      <w:t>新</w:t>
    </w:r>
    <w:r w:rsidR="006C5485">
      <w:rPr>
        <w:rFonts w:ascii="Times New Roman" w:eastAsia="標楷體" w:hAnsi="Times New Roman" w:cs="Times New Roman" w:hint="eastAsia"/>
        <w:b/>
        <w:bCs/>
        <w:sz w:val="20"/>
        <w:szCs w:val="14"/>
        <w:lang w:eastAsia="zh-TW"/>
      </w:rPr>
      <w:t>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4F42E0D"/>
    <w:multiLevelType w:val="multilevel"/>
    <w:tmpl w:val="AF307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8414742"/>
    <w:multiLevelType w:val="multilevel"/>
    <w:tmpl w:val="072C7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1914D9"/>
    <w:multiLevelType w:val="hybridMultilevel"/>
    <w:tmpl w:val="7B969C4E"/>
    <w:lvl w:ilvl="0" w:tplc="E66C7F26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5790881"/>
    <w:multiLevelType w:val="hybridMultilevel"/>
    <w:tmpl w:val="D43A4CC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887184833">
    <w:abstractNumId w:val="8"/>
  </w:num>
  <w:num w:numId="2" w16cid:durableId="1784760103">
    <w:abstractNumId w:val="6"/>
  </w:num>
  <w:num w:numId="3" w16cid:durableId="1079016245">
    <w:abstractNumId w:val="5"/>
  </w:num>
  <w:num w:numId="4" w16cid:durableId="1542665612">
    <w:abstractNumId w:val="4"/>
  </w:num>
  <w:num w:numId="5" w16cid:durableId="966548285">
    <w:abstractNumId w:val="7"/>
  </w:num>
  <w:num w:numId="6" w16cid:durableId="744765371">
    <w:abstractNumId w:val="3"/>
  </w:num>
  <w:num w:numId="7" w16cid:durableId="936716879">
    <w:abstractNumId w:val="2"/>
  </w:num>
  <w:num w:numId="8" w16cid:durableId="312639061">
    <w:abstractNumId w:val="1"/>
  </w:num>
  <w:num w:numId="9" w16cid:durableId="1581405660">
    <w:abstractNumId w:val="0"/>
  </w:num>
  <w:num w:numId="10" w16cid:durableId="166599947">
    <w:abstractNumId w:val="10"/>
  </w:num>
  <w:num w:numId="11" w16cid:durableId="1499885657">
    <w:abstractNumId w:val="9"/>
  </w:num>
  <w:num w:numId="12" w16cid:durableId="863245355">
    <w:abstractNumId w:val="12"/>
  </w:num>
  <w:num w:numId="13" w16cid:durableId="20575091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saveSubset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51DB2"/>
    <w:rsid w:val="0006063C"/>
    <w:rsid w:val="000A61FF"/>
    <w:rsid w:val="000A65DD"/>
    <w:rsid w:val="00145CF2"/>
    <w:rsid w:val="0015074B"/>
    <w:rsid w:val="001D565F"/>
    <w:rsid w:val="001D771C"/>
    <w:rsid w:val="001E7F81"/>
    <w:rsid w:val="0027194F"/>
    <w:rsid w:val="0029639D"/>
    <w:rsid w:val="00322EF8"/>
    <w:rsid w:val="00326F90"/>
    <w:rsid w:val="00346062"/>
    <w:rsid w:val="00397825"/>
    <w:rsid w:val="00452741"/>
    <w:rsid w:val="00470D5E"/>
    <w:rsid w:val="00567315"/>
    <w:rsid w:val="005D73A7"/>
    <w:rsid w:val="006418A7"/>
    <w:rsid w:val="00644F60"/>
    <w:rsid w:val="00657CE6"/>
    <w:rsid w:val="006C5485"/>
    <w:rsid w:val="007C10AF"/>
    <w:rsid w:val="00876CB0"/>
    <w:rsid w:val="00893712"/>
    <w:rsid w:val="008A6971"/>
    <w:rsid w:val="008E2EB7"/>
    <w:rsid w:val="0090360F"/>
    <w:rsid w:val="00964EE0"/>
    <w:rsid w:val="00975429"/>
    <w:rsid w:val="009D4DB9"/>
    <w:rsid w:val="009F5DBB"/>
    <w:rsid w:val="00A71631"/>
    <w:rsid w:val="00AA1D8D"/>
    <w:rsid w:val="00AF5C33"/>
    <w:rsid w:val="00B47730"/>
    <w:rsid w:val="00CB0664"/>
    <w:rsid w:val="00D029F7"/>
    <w:rsid w:val="00D77025"/>
    <w:rsid w:val="00D85239"/>
    <w:rsid w:val="00DC0BFB"/>
    <w:rsid w:val="00DD66A3"/>
    <w:rsid w:val="00E27BBC"/>
    <w:rsid w:val="00EF5A17"/>
    <w:rsid w:val="00F24FF1"/>
    <w:rsid w:val="00F41343"/>
    <w:rsid w:val="00FC67C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4DDB2C"/>
  <w14:defaultImageDpi w14:val="330"/>
  <w15:docId w15:val="{C35D6870-02DD-42EE-A39F-BAD6BDB7F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6418A7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標題 1 字元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標題 2 字元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標題 3 字元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標題 字元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副標題 字元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本文 字元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本文 2 字元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本文 3 字元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巨集文字 字元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af5">
    <w:name w:val="Quote"/>
    <w:basedOn w:val="a1"/>
    <w:next w:val="a1"/>
    <w:link w:val="af6"/>
    <w:uiPriority w:val="29"/>
    <w:qFormat/>
    <w:rsid w:val="00FC693F"/>
    <w:rPr>
      <w:i/>
      <w:iCs/>
      <w:color w:val="000000" w:themeColor="text1"/>
    </w:rPr>
  </w:style>
  <w:style w:type="character" w:customStyle="1" w:styleId="af6">
    <w:name w:val="引文 字元"/>
    <w:basedOn w:val="a2"/>
    <w:link w:val="af5"/>
    <w:uiPriority w:val="29"/>
    <w:rsid w:val="00FC693F"/>
    <w:rPr>
      <w:i/>
      <w:iCs/>
      <w:color w:val="000000" w:themeColor="text1"/>
    </w:rPr>
  </w:style>
  <w:style w:type="character" w:customStyle="1" w:styleId="40">
    <w:name w:val="標題 4 字元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標題 5 字元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標題 6 字元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標題 7 字元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標題 8 字元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標題 9 字元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7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8">
    <w:name w:val="Strong"/>
    <w:basedOn w:val="a2"/>
    <w:uiPriority w:val="22"/>
    <w:qFormat/>
    <w:rsid w:val="00FC693F"/>
    <w:rPr>
      <w:b/>
      <w:bCs/>
    </w:rPr>
  </w:style>
  <w:style w:type="character" w:styleId="af9">
    <w:name w:val="Emphasis"/>
    <w:basedOn w:val="a2"/>
    <w:uiPriority w:val="20"/>
    <w:qFormat/>
    <w:rsid w:val="00FC693F"/>
    <w:rPr>
      <w:i/>
      <w:iCs/>
    </w:rPr>
  </w:style>
  <w:style w:type="paragraph" w:styleId="afa">
    <w:name w:val="Intense Quote"/>
    <w:basedOn w:val="a1"/>
    <w:next w:val="a1"/>
    <w:link w:val="afb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b">
    <w:name w:val="鮮明引文 字元"/>
    <w:basedOn w:val="a2"/>
    <w:link w:val="afa"/>
    <w:uiPriority w:val="30"/>
    <w:rsid w:val="00FC693F"/>
    <w:rPr>
      <w:b/>
      <w:bCs/>
      <w:i/>
      <w:iCs/>
      <w:color w:val="4F81BD" w:themeColor="accent1"/>
    </w:rPr>
  </w:style>
  <w:style w:type="character" w:styleId="afc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d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e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f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f0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1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2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3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4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5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6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7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8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9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1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4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user</cp:lastModifiedBy>
  <cp:revision>6</cp:revision>
  <cp:lastPrinted>2025-07-17T03:37:00Z</cp:lastPrinted>
  <dcterms:created xsi:type="dcterms:W3CDTF">2025-07-16T08:39:00Z</dcterms:created>
  <dcterms:modified xsi:type="dcterms:W3CDTF">2025-07-17T08:58:00Z</dcterms:modified>
  <cp:category/>
</cp:coreProperties>
</file>